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93EBC" w14:textId="77777777" w:rsidR="00B416C8" w:rsidRDefault="00F824C5" w:rsidP="004B6D76">
      <w:pPr>
        <w:spacing w:after="0" w:line="240" w:lineRule="auto"/>
        <w:jc w:val="center"/>
      </w:pPr>
      <w:proofErr w:type="spellStart"/>
      <w:r>
        <w:rPr>
          <w:b/>
          <w:color w:val="1B365D"/>
          <w:sz w:val="30"/>
        </w:rPr>
        <w:t>福岡市NPO伴走型組織基盤強化支援</w:t>
      </w:r>
      <w:proofErr w:type="spellEnd"/>
      <w:r>
        <w:rPr>
          <w:b/>
          <w:color w:val="1B365D"/>
          <w:sz w:val="30"/>
        </w:rPr>
        <w:t xml:space="preserve"> </w:t>
      </w:r>
      <w:proofErr w:type="spellStart"/>
      <w:r>
        <w:rPr>
          <w:b/>
          <w:color w:val="1B365D"/>
          <w:sz w:val="30"/>
        </w:rPr>
        <w:t>申込書</w:t>
      </w:r>
      <w:proofErr w:type="spellEnd"/>
    </w:p>
    <w:tbl>
      <w:tblPr>
        <w:tblW w:w="0" w:type="auto"/>
        <w:jc w:val="center"/>
        <w:tblBorders>
          <w:top w:val="single" w:sz="4" w:space="0" w:color="D3D3D3"/>
          <w:left w:val="single" w:sz="4" w:space="0" w:color="auto"/>
          <w:bottom w:val="single" w:sz="6" w:space="0" w:color="1B365D"/>
          <w:right w:val="single" w:sz="4" w:space="0" w:color="auto"/>
          <w:insideH w:val="single" w:sz="4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2927"/>
        <w:gridCol w:w="6577"/>
      </w:tblGrid>
      <w:tr w:rsidR="00B416C8" w14:paraId="554A1C3A" w14:textId="77777777" w:rsidTr="004B6D76">
        <w:trPr>
          <w:trHeight w:val="84"/>
          <w:jc w:val="center"/>
        </w:trPr>
        <w:tc>
          <w:tcPr>
            <w:tcW w:w="2927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B688B8A" w14:textId="77777777" w:rsidR="00B416C8" w:rsidRDefault="00F824C5" w:rsidP="004B6D76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</w:rPr>
              <w:t>項目</w:t>
            </w:r>
            <w:proofErr w:type="spellEnd"/>
          </w:p>
        </w:tc>
        <w:tc>
          <w:tcPr>
            <w:tcW w:w="6577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4BDED6D" w14:textId="77777777" w:rsidR="00B416C8" w:rsidRDefault="00F824C5" w:rsidP="004B6D76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</w:rPr>
              <w:t>記入内容</w:t>
            </w:r>
            <w:proofErr w:type="spellEnd"/>
          </w:p>
        </w:tc>
      </w:tr>
      <w:tr w:rsidR="00B416C8" w14:paraId="63A74E27" w14:textId="77777777" w:rsidTr="005A6F9F">
        <w:trPr>
          <w:jc w:val="center"/>
        </w:trPr>
        <w:tc>
          <w:tcPr>
            <w:tcW w:w="2927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29CEAA" w14:textId="77777777" w:rsidR="00B416C8" w:rsidRDefault="00F824C5">
            <w:pPr>
              <w:spacing w:after="0"/>
            </w:pPr>
            <w:proofErr w:type="spellStart"/>
            <w:r>
              <w:rPr>
                <w:b/>
                <w:color w:val="222222"/>
                <w:sz w:val="19"/>
              </w:rPr>
              <w:t>団体名</w:t>
            </w:r>
            <w:proofErr w:type="spellEnd"/>
          </w:p>
        </w:tc>
        <w:tc>
          <w:tcPr>
            <w:tcW w:w="657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EA1152" w14:textId="77777777" w:rsidR="00B416C8" w:rsidRDefault="00B416C8" w:rsidP="004B6D76">
            <w:pPr>
              <w:spacing w:after="0" w:line="240" w:lineRule="auto"/>
              <w:rPr>
                <w:lang w:eastAsia="ja-JP"/>
              </w:rPr>
            </w:pPr>
          </w:p>
        </w:tc>
      </w:tr>
      <w:tr w:rsidR="00B416C8" w14:paraId="134C400E" w14:textId="77777777" w:rsidTr="005A6F9F">
        <w:trPr>
          <w:jc w:val="center"/>
        </w:trPr>
        <w:tc>
          <w:tcPr>
            <w:tcW w:w="2927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6E266E" w14:textId="77777777" w:rsidR="00B416C8" w:rsidRDefault="00F824C5">
            <w:pPr>
              <w:spacing w:after="0"/>
            </w:pPr>
            <w:proofErr w:type="spellStart"/>
            <w:r>
              <w:rPr>
                <w:b/>
                <w:color w:val="222222"/>
                <w:sz w:val="19"/>
              </w:rPr>
              <w:t>所在地</w:t>
            </w:r>
            <w:proofErr w:type="spellEnd"/>
          </w:p>
        </w:tc>
        <w:tc>
          <w:tcPr>
            <w:tcW w:w="657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C511E5" w14:textId="77777777" w:rsidR="00B416C8" w:rsidRDefault="00F824C5">
            <w:pPr>
              <w:spacing w:after="0"/>
            </w:pPr>
            <w:r>
              <w:rPr>
                <w:color w:val="555555"/>
                <w:sz w:val="19"/>
              </w:rPr>
              <w:t>〒</w:t>
            </w:r>
          </w:p>
        </w:tc>
      </w:tr>
      <w:tr w:rsidR="00B416C8" w14:paraId="2AA4F2F3" w14:textId="77777777" w:rsidTr="004B6D76">
        <w:trPr>
          <w:trHeight w:val="238"/>
          <w:jc w:val="center"/>
        </w:trPr>
        <w:tc>
          <w:tcPr>
            <w:tcW w:w="2927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4225F6" w14:textId="77777777" w:rsidR="00B416C8" w:rsidRDefault="00F824C5">
            <w:pPr>
              <w:spacing w:after="0"/>
            </w:pPr>
            <w:proofErr w:type="spellStart"/>
            <w:r>
              <w:rPr>
                <w:b/>
                <w:color w:val="222222"/>
                <w:sz w:val="19"/>
              </w:rPr>
              <w:t>代表者氏名</w:t>
            </w:r>
            <w:proofErr w:type="spellEnd"/>
          </w:p>
        </w:tc>
        <w:tc>
          <w:tcPr>
            <w:tcW w:w="657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B73624" w14:textId="77777777" w:rsidR="00B416C8" w:rsidRDefault="00B416C8" w:rsidP="004B6D76">
            <w:pPr>
              <w:spacing w:after="0" w:line="240" w:lineRule="auto"/>
            </w:pPr>
          </w:p>
        </w:tc>
      </w:tr>
      <w:tr w:rsidR="00B416C8" w:rsidRPr="004B6D76" w14:paraId="5B523FCD" w14:textId="77777777" w:rsidTr="004B6D76">
        <w:trPr>
          <w:trHeight w:val="491"/>
          <w:jc w:val="center"/>
        </w:trPr>
        <w:tc>
          <w:tcPr>
            <w:tcW w:w="2927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090F06" w14:textId="77777777" w:rsidR="00B416C8" w:rsidRDefault="00F824C5">
            <w:pPr>
              <w:spacing w:after="0"/>
            </w:pPr>
            <w:proofErr w:type="spellStart"/>
            <w:r>
              <w:rPr>
                <w:b/>
                <w:color w:val="222222"/>
                <w:sz w:val="19"/>
              </w:rPr>
              <w:t>担当者氏名・連絡先</w:t>
            </w:r>
            <w:proofErr w:type="spellEnd"/>
          </w:p>
        </w:tc>
        <w:tc>
          <w:tcPr>
            <w:tcW w:w="657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921C3E" w14:textId="77777777" w:rsidR="00B416C8" w:rsidRDefault="00F824C5">
            <w:pPr>
              <w:spacing w:after="0"/>
              <w:rPr>
                <w:lang w:eastAsia="ja-JP"/>
              </w:rPr>
            </w:pPr>
            <w:r>
              <w:rPr>
                <w:color w:val="555555"/>
                <w:sz w:val="19"/>
                <w:lang w:eastAsia="ja-JP"/>
              </w:rPr>
              <w:t>氏名（ふりがな）：</w:t>
            </w:r>
            <w:r>
              <w:rPr>
                <w:color w:val="555555"/>
                <w:sz w:val="19"/>
                <w:lang w:eastAsia="ja-JP"/>
              </w:rPr>
              <w:br/>
              <w:t>電話番号：</w:t>
            </w:r>
            <w:r>
              <w:rPr>
                <w:color w:val="555555"/>
                <w:sz w:val="19"/>
                <w:lang w:eastAsia="ja-JP"/>
              </w:rPr>
              <w:br/>
              <w:t>メールアドレス：</w:t>
            </w:r>
          </w:p>
        </w:tc>
      </w:tr>
      <w:tr w:rsidR="00B416C8" w14:paraId="2D57389B" w14:textId="77777777" w:rsidTr="004B6D76">
        <w:trPr>
          <w:trHeight w:val="170"/>
          <w:jc w:val="center"/>
        </w:trPr>
        <w:tc>
          <w:tcPr>
            <w:tcW w:w="2927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668E09" w14:textId="77777777" w:rsidR="00B416C8" w:rsidRDefault="00F824C5">
            <w:pPr>
              <w:spacing w:after="0"/>
            </w:pPr>
            <w:proofErr w:type="spellStart"/>
            <w:r>
              <w:rPr>
                <w:b/>
                <w:color w:val="222222"/>
                <w:sz w:val="19"/>
              </w:rPr>
              <w:t>設立年月日</w:t>
            </w:r>
            <w:proofErr w:type="spellEnd"/>
          </w:p>
        </w:tc>
        <w:tc>
          <w:tcPr>
            <w:tcW w:w="657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63E50E" w14:textId="77777777" w:rsidR="00B416C8" w:rsidRDefault="00B416C8" w:rsidP="004B6D76">
            <w:pPr>
              <w:spacing w:after="0" w:line="240" w:lineRule="auto"/>
            </w:pPr>
          </w:p>
        </w:tc>
      </w:tr>
      <w:tr w:rsidR="00B416C8" w14:paraId="138F8F32" w14:textId="77777777" w:rsidTr="004B6D76">
        <w:trPr>
          <w:trHeight w:val="585"/>
          <w:jc w:val="center"/>
        </w:trPr>
        <w:tc>
          <w:tcPr>
            <w:tcW w:w="2927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236914" w14:textId="77777777" w:rsidR="00B416C8" w:rsidRDefault="00F824C5">
            <w:pPr>
              <w:spacing w:after="0"/>
            </w:pPr>
            <w:proofErr w:type="spellStart"/>
            <w:r>
              <w:rPr>
                <w:b/>
                <w:color w:val="222222"/>
                <w:sz w:val="19"/>
              </w:rPr>
              <w:t>主な活動分野</w:t>
            </w:r>
            <w:proofErr w:type="spellEnd"/>
          </w:p>
        </w:tc>
        <w:tc>
          <w:tcPr>
            <w:tcW w:w="657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11EC0C" w14:textId="77777777" w:rsidR="00DF34BB" w:rsidRDefault="00F824C5" w:rsidP="00DF34BB">
            <w:pPr>
              <w:spacing w:after="0" w:line="240" w:lineRule="auto"/>
              <w:rPr>
                <w:color w:val="555555"/>
                <w:sz w:val="19"/>
                <w:lang w:eastAsia="ja-JP"/>
              </w:rPr>
            </w:pPr>
            <w:r>
              <w:rPr>
                <w:color w:val="555555"/>
                <w:sz w:val="19"/>
                <w:lang w:eastAsia="ja-JP"/>
              </w:rPr>
              <w:t xml:space="preserve">□福祉　□子ども　□まちづくり　□環境　□文化・芸術　</w:t>
            </w:r>
          </w:p>
          <w:p w14:paraId="1782E4C8" w14:textId="5BC6FE2D" w:rsidR="00B416C8" w:rsidRDefault="00F824C5" w:rsidP="004B6D76">
            <w:pPr>
              <w:spacing w:after="0" w:line="240" w:lineRule="auto"/>
              <w:rPr>
                <w:lang w:eastAsia="ja-JP"/>
              </w:rPr>
            </w:pPr>
            <w:r>
              <w:rPr>
                <w:color w:val="555555"/>
                <w:sz w:val="19"/>
                <w:lang w:eastAsia="ja-JP"/>
              </w:rPr>
              <w:t>□その他（　　　）</w:t>
            </w:r>
          </w:p>
        </w:tc>
      </w:tr>
      <w:tr w:rsidR="00B416C8" w14:paraId="1F064506" w14:textId="77777777" w:rsidTr="005A6F9F">
        <w:trPr>
          <w:jc w:val="center"/>
        </w:trPr>
        <w:tc>
          <w:tcPr>
            <w:tcW w:w="2927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753008" w14:textId="77777777" w:rsidR="00B416C8" w:rsidRDefault="00F824C5">
            <w:pPr>
              <w:spacing w:after="0"/>
              <w:rPr>
                <w:lang w:eastAsia="ja-JP"/>
              </w:rPr>
            </w:pPr>
            <w:r>
              <w:rPr>
                <w:b/>
                <w:color w:val="222222"/>
                <w:sz w:val="19"/>
                <w:lang w:eastAsia="ja-JP"/>
              </w:rPr>
              <w:t>団体の概要</w:t>
            </w:r>
            <w:r>
              <w:rPr>
                <w:b/>
                <w:color w:val="222222"/>
                <w:sz w:val="19"/>
                <w:lang w:eastAsia="ja-JP"/>
              </w:rPr>
              <w:br/>
              <w:t>（主な事業内容・活動実績）</w:t>
            </w:r>
          </w:p>
        </w:tc>
        <w:tc>
          <w:tcPr>
            <w:tcW w:w="657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C06597" w14:textId="19879A9D" w:rsidR="00B416C8" w:rsidRDefault="00F824C5">
            <w:pPr>
              <w:spacing w:after="0"/>
            </w:pPr>
            <w:r>
              <w:rPr>
                <w:color w:val="555555"/>
                <w:sz w:val="19"/>
              </w:rPr>
              <w:t>（300字程度）</w:t>
            </w:r>
            <w:r>
              <w:rPr>
                <w:color w:val="555555"/>
                <w:sz w:val="19"/>
              </w:rPr>
              <w:br/>
            </w:r>
          </w:p>
        </w:tc>
      </w:tr>
      <w:tr w:rsidR="00DF34BB" w14:paraId="17BEF1CC" w14:textId="77777777" w:rsidTr="004B6D76">
        <w:trPr>
          <w:trHeight w:val="212"/>
          <w:jc w:val="center"/>
        </w:trPr>
        <w:tc>
          <w:tcPr>
            <w:tcW w:w="2927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680835" w14:textId="249CE5E8" w:rsidR="00DF34BB" w:rsidRDefault="00DF34BB">
            <w:pPr>
              <w:spacing w:after="0"/>
              <w:rPr>
                <w:b/>
                <w:color w:val="222222"/>
                <w:sz w:val="19"/>
                <w:lang w:eastAsia="ja-JP"/>
              </w:rPr>
            </w:pPr>
            <w:r>
              <w:rPr>
                <w:rFonts w:hint="eastAsia"/>
                <w:b/>
                <w:color w:val="222222"/>
                <w:sz w:val="19"/>
                <w:lang w:eastAsia="ja-JP"/>
              </w:rPr>
              <w:t>団体の体制</w:t>
            </w:r>
          </w:p>
        </w:tc>
        <w:tc>
          <w:tcPr>
            <w:tcW w:w="657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0F8DC7" w14:textId="45D763BA" w:rsidR="00DF34BB" w:rsidRDefault="00DF34BB" w:rsidP="004B6D76">
            <w:pPr>
              <w:spacing w:after="0" w:line="240" w:lineRule="auto"/>
              <w:rPr>
                <w:color w:val="555555"/>
                <w:sz w:val="19"/>
                <w:lang w:eastAsia="ja-JP"/>
              </w:rPr>
            </w:pPr>
            <w:r w:rsidRPr="00DF34BB">
              <w:rPr>
                <w:rFonts w:hint="eastAsia"/>
                <w:color w:val="555555"/>
                <w:sz w:val="19"/>
                <w:lang w:eastAsia="ja-JP"/>
              </w:rPr>
              <w:t>常勤スタッフ数</w:t>
            </w:r>
            <w:r>
              <w:rPr>
                <w:rFonts w:hint="eastAsia"/>
                <w:color w:val="555555"/>
                <w:sz w:val="19"/>
                <w:lang w:eastAsia="ja-JP"/>
              </w:rPr>
              <w:t xml:space="preserve">　　人　 </w:t>
            </w:r>
            <w:r w:rsidRPr="00DF34BB">
              <w:rPr>
                <w:color w:val="555555"/>
                <w:sz w:val="19"/>
                <w:lang w:eastAsia="ja-JP"/>
              </w:rPr>
              <w:t xml:space="preserve"> 非常勤スタッフ数</w:t>
            </w:r>
            <w:r>
              <w:rPr>
                <w:rFonts w:hint="eastAsia"/>
                <w:color w:val="555555"/>
                <w:sz w:val="19"/>
                <w:lang w:eastAsia="ja-JP"/>
              </w:rPr>
              <w:t xml:space="preserve">　人　</w:t>
            </w:r>
            <w:r w:rsidRPr="00DF34BB">
              <w:rPr>
                <w:color w:val="555555"/>
                <w:sz w:val="19"/>
                <w:lang w:eastAsia="ja-JP"/>
              </w:rPr>
              <w:t xml:space="preserve"> </w:t>
            </w:r>
            <w:r>
              <w:rPr>
                <w:rFonts w:hint="eastAsia"/>
                <w:color w:val="555555"/>
                <w:sz w:val="19"/>
                <w:lang w:eastAsia="ja-JP"/>
              </w:rPr>
              <w:t xml:space="preserve"> </w:t>
            </w:r>
            <w:r w:rsidRPr="00DF34BB">
              <w:rPr>
                <w:color w:val="555555"/>
                <w:sz w:val="19"/>
                <w:lang w:eastAsia="ja-JP"/>
              </w:rPr>
              <w:t>ボランティア数</w:t>
            </w:r>
            <w:r>
              <w:rPr>
                <w:rFonts w:hint="eastAsia"/>
                <w:color w:val="555555"/>
                <w:sz w:val="19"/>
                <w:lang w:eastAsia="ja-JP"/>
              </w:rPr>
              <w:t xml:space="preserve">　人</w:t>
            </w:r>
          </w:p>
        </w:tc>
      </w:tr>
      <w:tr w:rsidR="00DF34BB" w14:paraId="2801FC84" w14:textId="77777777" w:rsidTr="004B6D76">
        <w:trPr>
          <w:trHeight w:val="773"/>
          <w:jc w:val="center"/>
        </w:trPr>
        <w:tc>
          <w:tcPr>
            <w:tcW w:w="2927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7081FB" w14:textId="4E5BC25B" w:rsidR="00DF34BB" w:rsidRDefault="00DF34BB">
            <w:pPr>
              <w:spacing w:after="0"/>
              <w:rPr>
                <w:b/>
                <w:color w:val="222222"/>
                <w:sz w:val="19"/>
                <w:lang w:eastAsia="ja-JP"/>
              </w:rPr>
            </w:pPr>
            <w:r>
              <w:rPr>
                <w:b/>
                <w:color w:val="222222"/>
                <w:sz w:val="19"/>
                <w:lang w:eastAsia="ja-JP"/>
              </w:rPr>
              <w:t>現在抱えている組織課題</w:t>
            </w:r>
          </w:p>
        </w:tc>
        <w:tc>
          <w:tcPr>
            <w:tcW w:w="657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35BE2B" w14:textId="77777777" w:rsidR="00DF34BB" w:rsidRDefault="00DF34BB" w:rsidP="004B6D76">
            <w:pPr>
              <w:adjustRightInd w:val="0"/>
              <w:snapToGrid w:val="0"/>
              <w:spacing w:after="0" w:line="240" w:lineRule="auto"/>
              <w:rPr>
                <w:color w:val="555555"/>
                <w:sz w:val="19"/>
                <w:lang w:eastAsia="ja-JP"/>
              </w:rPr>
            </w:pPr>
            <w:r w:rsidRPr="00DF34BB">
              <w:rPr>
                <w:rFonts w:hint="eastAsia"/>
                <w:color w:val="555555"/>
                <w:sz w:val="19"/>
                <w:lang w:eastAsia="ja-JP"/>
              </w:rPr>
              <w:t>□人材育成</w:t>
            </w:r>
            <w:r>
              <w:rPr>
                <w:rFonts w:hint="eastAsia"/>
                <w:color w:val="555555"/>
                <w:sz w:val="19"/>
                <w:lang w:eastAsia="ja-JP"/>
              </w:rPr>
              <w:t xml:space="preserve">　</w:t>
            </w:r>
            <w:r w:rsidRPr="00DF34BB">
              <w:rPr>
                <w:color w:val="555555"/>
                <w:sz w:val="19"/>
                <w:lang w:eastAsia="ja-JP"/>
              </w:rPr>
              <w:t xml:space="preserve"> □担い手不足</w:t>
            </w:r>
            <w:r>
              <w:rPr>
                <w:rFonts w:hint="eastAsia"/>
                <w:color w:val="555555"/>
                <w:sz w:val="19"/>
                <w:lang w:eastAsia="ja-JP"/>
              </w:rPr>
              <w:t xml:space="preserve">　</w:t>
            </w:r>
            <w:r w:rsidRPr="00DF34BB">
              <w:rPr>
                <w:color w:val="555555"/>
                <w:sz w:val="19"/>
                <w:lang w:eastAsia="ja-JP"/>
              </w:rPr>
              <w:t xml:space="preserve"> □資金調達</w:t>
            </w:r>
            <w:r>
              <w:rPr>
                <w:rFonts w:hint="eastAsia"/>
                <w:color w:val="555555"/>
                <w:sz w:val="19"/>
                <w:lang w:eastAsia="ja-JP"/>
              </w:rPr>
              <w:t xml:space="preserve">　</w:t>
            </w:r>
            <w:r w:rsidRPr="00DF34BB">
              <w:rPr>
                <w:color w:val="555555"/>
                <w:sz w:val="19"/>
                <w:lang w:eastAsia="ja-JP"/>
              </w:rPr>
              <w:t xml:space="preserve"> </w:t>
            </w:r>
            <w:r>
              <w:rPr>
                <w:rFonts w:hint="eastAsia"/>
                <w:color w:val="555555"/>
                <w:sz w:val="19"/>
                <w:lang w:eastAsia="ja-JP"/>
              </w:rPr>
              <w:t xml:space="preserve">　</w:t>
            </w:r>
            <w:r w:rsidRPr="00DF34BB">
              <w:rPr>
                <w:color w:val="555555"/>
                <w:sz w:val="19"/>
                <w:lang w:eastAsia="ja-JP"/>
              </w:rPr>
              <w:t>□広報</w:t>
            </w:r>
            <w:r>
              <w:rPr>
                <w:rFonts w:hint="eastAsia"/>
                <w:color w:val="555555"/>
                <w:sz w:val="19"/>
                <w:lang w:eastAsia="ja-JP"/>
              </w:rPr>
              <w:t xml:space="preserve">　</w:t>
            </w:r>
            <w:r w:rsidRPr="00DF34BB">
              <w:rPr>
                <w:color w:val="555555"/>
                <w:sz w:val="19"/>
                <w:lang w:eastAsia="ja-JP"/>
              </w:rPr>
              <w:t xml:space="preserve"> □会員拡大 </w:t>
            </w:r>
          </w:p>
          <w:p w14:paraId="19917AFD" w14:textId="0885CDD3" w:rsidR="00DF34BB" w:rsidRDefault="00DF34BB" w:rsidP="004B6D76">
            <w:pPr>
              <w:adjustRightInd w:val="0"/>
              <w:snapToGrid w:val="0"/>
              <w:spacing w:after="0" w:line="240" w:lineRule="auto"/>
              <w:rPr>
                <w:color w:val="555555"/>
                <w:sz w:val="19"/>
                <w:lang w:eastAsia="ja-JP"/>
              </w:rPr>
            </w:pPr>
            <w:r w:rsidRPr="00DF34BB">
              <w:rPr>
                <w:color w:val="555555"/>
                <w:sz w:val="19"/>
                <w:lang w:eastAsia="ja-JP"/>
              </w:rPr>
              <w:t>□事業計画</w:t>
            </w:r>
            <w:r>
              <w:rPr>
                <w:rFonts w:hint="eastAsia"/>
                <w:color w:val="555555"/>
                <w:sz w:val="19"/>
                <w:lang w:eastAsia="ja-JP"/>
              </w:rPr>
              <w:t xml:space="preserve">　</w:t>
            </w:r>
            <w:r w:rsidRPr="00DF34BB">
              <w:rPr>
                <w:color w:val="555555"/>
                <w:sz w:val="19"/>
                <w:lang w:eastAsia="ja-JP"/>
              </w:rPr>
              <w:t xml:space="preserve"> □世代交代</w:t>
            </w:r>
            <w:r>
              <w:rPr>
                <w:rFonts w:hint="eastAsia"/>
                <w:color w:val="555555"/>
                <w:sz w:val="19"/>
                <w:lang w:eastAsia="ja-JP"/>
              </w:rPr>
              <w:t xml:space="preserve">　　</w:t>
            </w:r>
            <w:r w:rsidRPr="00DF34BB">
              <w:rPr>
                <w:color w:val="555555"/>
                <w:sz w:val="19"/>
                <w:lang w:eastAsia="ja-JP"/>
              </w:rPr>
              <w:t xml:space="preserve"> □ガバナンス</w:t>
            </w:r>
            <w:r>
              <w:rPr>
                <w:rFonts w:hint="eastAsia"/>
                <w:color w:val="555555"/>
                <w:sz w:val="19"/>
                <w:lang w:eastAsia="ja-JP"/>
              </w:rPr>
              <w:t xml:space="preserve">　</w:t>
            </w:r>
            <w:r w:rsidRPr="00DF34BB">
              <w:rPr>
                <w:color w:val="555555"/>
                <w:sz w:val="19"/>
                <w:lang w:eastAsia="ja-JP"/>
              </w:rPr>
              <w:t xml:space="preserve"> </w:t>
            </w:r>
          </w:p>
          <w:p w14:paraId="68372E8E" w14:textId="5CF762AD" w:rsidR="00DF34BB" w:rsidRPr="00DF34BB" w:rsidRDefault="00DF34BB" w:rsidP="004B6D76">
            <w:pPr>
              <w:adjustRightInd w:val="0"/>
              <w:snapToGrid w:val="0"/>
              <w:spacing w:after="0" w:line="240" w:lineRule="auto"/>
              <w:rPr>
                <w:color w:val="555555"/>
                <w:sz w:val="19"/>
                <w:lang w:eastAsia="ja-JP"/>
              </w:rPr>
            </w:pPr>
            <w:r w:rsidRPr="00DF34BB">
              <w:rPr>
                <w:color w:val="555555"/>
                <w:sz w:val="19"/>
                <w:lang w:eastAsia="ja-JP"/>
              </w:rPr>
              <w:t>□その他（　　　）</w:t>
            </w:r>
          </w:p>
        </w:tc>
      </w:tr>
      <w:tr w:rsidR="00B416C8" w14:paraId="682D7480" w14:textId="77777777" w:rsidTr="005A6F9F">
        <w:trPr>
          <w:jc w:val="center"/>
        </w:trPr>
        <w:tc>
          <w:tcPr>
            <w:tcW w:w="2927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92B1B3" w14:textId="0243446B" w:rsidR="00B416C8" w:rsidRDefault="00B416C8">
            <w:pPr>
              <w:spacing w:after="0"/>
              <w:rPr>
                <w:lang w:eastAsia="ja-JP"/>
              </w:rPr>
            </w:pPr>
          </w:p>
        </w:tc>
        <w:tc>
          <w:tcPr>
            <w:tcW w:w="657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B7F48B" w14:textId="69A46601" w:rsidR="00B416C8" w:rsidRDefault="00F824C5">
            <w:pPr>
              <w:spacing w:after="0"/>
            </w:pPr>
            <w:r>
              <w:rPr>
                <w:color w:val="555555"/>
                <w:sz w:val="19"/>
                <w:lang w:eastAsia="ja-JP"/>
              </w:rPr>
              <w:t>（例：人材不足、財政基盤、情報発信、事業拡大など。できるだけ具体的にご記入ください。</w:t>
            </w:r>
            <w:r>
              <w:rPr>
                <w:color w:val="555555"/>
                <w:sz w:val="19"/>
              </w:rPr>
              <w:t>）</w:t>
            </w:r>
            <w:r>
              <w:rPr>
                <w:color w:val="555555"/>
                <w:sz w:val="19"/>
              </w:rPr>
              <w:br/>
            </w:r>
          </w:p>
        </w:tc>
      </w:tr>
      <w:tr w:rsidR="00B416C8" w14:paraId="7A7A4DA1" w14:textId="77777777" w:rsidTr="005A6F9F">
        <w:trPr>
          <w:jc w:val="center"/>
        </w:trPr>
        <w:tc>
          <w:tcPr>
            <w:tcW w:w="2927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DB4404" w14:textId="77777777" w:rsidR="00B416C8" w:rsidRDefault="00F824C5">
            <w:pPr>
              <w:spacing w:after="0"/>
            </w:pPr>
            <w:proofErr w:type="spellStart"/>
            <w:r>
              <w:rPr>
                <w:b/>
                <w:color w:val="222222"/>
                <w:sz w:val="19"/>
              </w:rPr>
              <w:t>支援を希望する内容</w:t>
            </w:r>
            <w:proofErr w:type="spellEnd"/>
          </w:p>
        </w:tc>
        <w:tc>
          <w:tcPr>
            <w:tcW w:w="657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CD2E6A" w14:textId="62EA29DA" w:rsidR="00B416C8" w:rsidRDefault="00F824C5">
            <w:pPr>
              <w:spacing w:after="0"/>
            </w:pPr>
            <w:r>
              <w:rPr>
                <w:color w:val="555555"/>
                <w:sz w:val="19"/>
                <w:lang w:eastAsia="ja-JP"/>
              </w:rPr>
              <w:t>（例：経営改善、ガバナンス強化、資金調達、広報戦略など。できるだけ具体的にご記入ください。</w:t>
            </w:r>
            <w:r>
              <w:rPr>
                <w:color w:val="555555"/>
                <w:sz w:val="19"/>
              </w:rPr>
              <w:t>）</w:t>
            </w:r>
            <w:r>
              <w:rPr>
                <w:color w:val="555555"/>
                <w:sz w:val="19"/>
              </w:rPr>
              <w:br/>
            </w:r>
            <w:r>
              <w:rPr>
                <w:color w:val="555555"/>
                <w:sz w:val="19"/>
              </w:rPr>
              <w:br/>
            </w:r>
          </w:p>
        </w:tc>
      </w:tr>
      <w:tr w:rsidR="00B416C8" w14:paraId="7F307BFB" w14:textId="77777777" w:rsidTr="005A6F9F">
        <w:trPr>
          <w:jc w:val="center"/>
        </w:trPr>
        <w:tc>
          <w:tcPr>
            <w:tcW w:w="2927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011160" w14:textId="77777777" w:rsidR="00B416C8" w:rsidRDefault="00F824C5">
            <w:pPr>
              <w:spacing w:after="0"/>
              <w:rPr>
                <w:lang w:eastAsia="ja-JP"/>
              </w:rPr>
            </w:pPr>
            <w:r>
              <w:rPr>
                <w:b/>
                <w:color w:val="222222"/>
                <w:sz w:val="19"/>
                <w:lang w:eastAsia="ja-JP"/>
              </w:rPr>
              <w:t>今後の団体の目標・ビジョン</w:t>
            </w:r>
          </w:p>
        </w:tc>
        <w:tc>
          <w:tcPr>
            <w:tcW w:w="657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045B53" w14:textId="4C5479D8" w:rsidR="00B416C8" w:rsidRDefault="00F824C5">
            <w:pPr>
              <w:spacing w:after="0"/>
            </w:pPr>
            <w:r>
              <w:rPr>
                <w:color w:val="555555"/>
                <w:sz w:val="19"/>
              </w:rPr>
              <w:t>（200字程度）</w:t>
            </w:r>
            <w:r>
              <w:rPr>
                <w:color w:val="555555"/>
                <w:sz w:val="19"/>
              </w:rPr>
              <w:br/>
            </w:r>
            <w:r>
              <w:rPr>
                <w:color w:val="555555"/>
                <w:sz w:val="19"/>
              </w:rPr>
              <w:br/>
            </w:r>
          </w:p>
        </w:tc>
      </w:tr>
      <w:tr w:rsidR="00B416C8" w14:paraId="5D389720" w14:textId="77777777" w:rsidTr="004B6D76">
        <w:trPr>
          <w:trHeight w:val="15"/>
          <w:jc w:val="center"/>
        </w:trPr>
        <w:tc>
          <w:tcPr>
            <w:tcW w:w="2927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113D8E" w14:textId="77777777" w:rsidR="00B416C8" w:rsidRDefault="00F824C5" w:rsidP="004B6D76">
            <w:pPr>
              <w:spacing w:after="0" w:line="240" w:lineRule="auto"/>
            </w:pPr>
            <w:proofErr w:type="spellStart"/>
            <w:r>
              <w:rPr>
                <w:b/>
                <w:color w:val="222222"/>
                <w:sz w:val="19"/>
              </w:rPr>
              <w:lastRenderedPageBreak/>
              <w:t>参考資料の有無</w:t>
            </w:r>
            <w:proofErr w:type="spellEnd"/>
          </w:p>
        </w:tc>
        <w:tc>
          <w:tcPr>
            <w:tcW w:w="657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731D51" w14:textId="77777777" w:rsidR="00B416C8" w:rsidRDefault="00F824C5" w:rsidP="004B6D76">
            <w:pPr>
              <w:spacing w:after="0" w:line="240" w:lineRule="auto"/>
              <w:rPr>
                <w:lang w:eastAsia="ja-JP"/>
              </w:rPr>
            </w:pPr>
            <w:r>
              <w:rPr>
                <w:color w:val="555555"/>
                <w:sz w:val="19"/>
                <w:lang w:eastAsia="ja-JP"/>
              </w:rPr>
              <w:t>□あり（添付）　□なし</w:t>
            </w:r>
          </w:p>
        </w:tc>
      </w:tr>
    </w:tbl>
    <w:p w14:paraId="5F0A8A47" w14:textId="77777777" w:rsidR="00B416C8" w:rsidRDefault="00F824C5">
      <w:pPr>
        <w:spacing w:before="280" w:after="40"/>
        <w:rPr>
          <w:lang w:eastAsia="ja-JP"/>
        </w:rPr>
      </w:pPr>
      <w:r>
        <w:rPr>
          <w:lang w:eastAsia="ja-JP"/>
        </w:rPr>
        <w:t>※上記の項目にご記入の上、</w:t>
      </w:r>
      <w:r>
        <w:rPr>
          <w:b/>
          <w:lang w:eastAsia="ja-JP"/>
        </w:rPr>
        <w:t>10月13日（火）</w:t>
      </w:r>
      <w:r>
        <w:rPr>
          <w:lang w:eastAsia="ja-JP"/>
        </w:rPr>
        <w:t>までにメールでご提出ください。</w:t>
      </w:r>
    </w:p>
    <w:p w14:paraId="3267B5F6" w14:textId="77777777" w:rsidR="00B416C8" w:rsidRDefault="00F824C5">
      <w:pPr>
        <w:spacing w:before="40"/>
      </w:pPr>
      <w:proofErr w:type="spellStart"/>
      <w:r>
        <w:rPr>
          <w:b/>
        </w:rPr>
        <w:t>提出先：okumura@crik.jp（担当：奥村</w:t>
      </w:r>
      <w:proofErr w:type="spellEnd"/>
      <w:r>
        <w:rPr>
          <w:b/>
        </w:rPr>
        <w:t>）</w:t>
      </w:r>
    </w:p>
    <w:sectPr w:rsidR="00B416C8" w:rsidSect="00034616">
      <w:pgSz w:w="11909" w:h="16834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C278E8"/>
    <w:multiLevelType w:val="hybridMultilevel"/>
    <w:tmpl w:val="64047CEC"/>
    <w:lvl w:ilvl="0" w:tplc="04090001">
      <w:start w:val="1"/>
      <w:numFmt w:val="bullet"/>
      <w:lvlText w:val=""/>
      <w:lvlJc w:val="left"/>
      <w:pPr>
        <w:ind w:left="728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8" w:hanging="440"/>
      </w:pPr>
      <w:rPr>
        <w:rFonts w:ascii="Wingdings" w:hAnsi="Wingdings" w:hint="default"/>
      </w:rPr>
    </w:lvl>
  </w:abstractNum>
  <w:abstractNum w:abstractNumId="10" w15:restartNumberingAfterBreak="0">
    <w:nsid w:val="1D667D60"/>
    <w:multiLevelType w:val="hybridMultilevel"/>
    <w:tmpl w:val="A022A366"/>
    <w:lvl w:ilvl="0" w:tplc="3A24E924">
      <w:numFmt w:val="bullet"/>
      <w:lvlText w:val="•"/>
      <w:lvlJc w:val="left"/>
      <w:pPr>
        <w:ind w:left="648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8" w:hanging="440"/>
      </w:pPr>
      <w:rPr>
        <w:rFonts w:ascii="Wingdings" w:hAnsi="Wingdings" w:hint="default"/>
      </w:rPr>
    </w:lvl>
  </w:abstractNum>
  <w:abstractNum w:abstractNumId="11" w15:restartNumberingAfterBreak="0">
    <w:nsid w:val="25CB27ED"/>
    <w:multiLevelType w:val="hybridMultilevel"/>
    <w:tmpl w:val="C35AEEC0"/>
    <w:lvl w:ilvl="0" w:tplc="3A24E924">
      <w:numFmt w:val="bullet"/>
      <w:lvlText w:val="•"/>
      <w:lvlJc w:val="left"/>
      <w:pPr>
        <w:ind w:left="936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8" w:hanging="440"/>
      </w:pPr>
      <w:rPr>
        <w:rFonts w:ascii="Wingdings" w:hAnsi="Wingdings" w:hint="default"/>
      </w:rPr>
    </w:lvl>
  </w:abstractNum>
  <w:num w:numId="1" w16cid:durableId="537350668">
    <w:abstractNumId w:val="8"/>
  </w:num>
  <w:num w:numId="2" w16cid:durableId="2080249144">
    <w:abstractNumId w:val="6"/>
  </w:num>
  <w:num w:numId="3" w16cid:durableId="2021156034">
    <w:abstractNumId w:val="5"/>
  </w:num>
  <w:num w:numId="4" w16cid:durableId="1149789671">
    <w:abstractNumId w:val="4"/>
  </w:num>
  <w:num w:numId="5" w16cid:durableId="1873229876">
    <w:abstractNumId w:val="7"/>
  </w:num>
  <w:num w:numId="6" w16cid:durableId="1947226673">
    <w:abstractNumId w:val="3"/>
  </w:num>
  <w:num w:numId="7" w16cid:durableId="1447576075">
    <w:abstractNumId w:val="2"/>
  </w:num>
  <w:num w:numId="8" w16cid:durableId="281884029">
    <w:abstractNumId w:val="1"/>
  </w:num>
  <w:num w:numId="9" w16cid:durableId="174610401">
    <w:abstractNumId w:val="0"/>
  </w:num>
  <w:num w:numId="10" w16cid:durableId="1944875499">
    <w:abstractNumId w:val="9"/>
  </w:num>
  <w:num w:numId="11" w16cid:durableId="774862229">
    <w:abstractNumId w:val="10"/>
  </w:num>
  <w:num w:numId="12" w16cid:durableId="1339844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markup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6A5A"/>
    <w:rsid w:val="00272492"/>
    <w:rsid w:val="0029639D"/>
    <w:rsid w:val="00326F90"/>
    <w:rsid w:val="00385C7F"/>
    <w:rsid w:val="003A29F1"/>
    <w:rsid w:val="0040324F"/>
    <w:rsid w:val="004B6D76"/>
    <w:rsid w:val="005725E3"/>
    <w:rsid w:val="005A6F9F"/>
    <w:rsid w:val="005F7512"/>
    <w:rsid w:val="006027EC"/>
    <w:rsid w:val="006E584C"/>
    <w:rsid w:val="00737EEC"/>
    <w:rsid w:val="007C586D"/>
    <w:rsid w:val="00A051E6"/>
    <w:rsid w:val="00A97581"/>
    <w:rsid w:val="00AA1D8D"/>
    <w:rsid w:val="00B416C8"/>
    <w:rsid w:val="00B47730"/>
    <w:rsid w:val="00B532B7"/>
    <w:rsid w:val="00BD58F1"/>
    <w:rsid w:val="00CB0664"/>
    <w:rsid w:val="00DF34BB"/>
    <w:rsid w:val="00F24765"/>
    <w:rsid w:val="00F824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A283EB"/>
  <w14:defaultImageDpi w14:val="300"/>
  <w15:docId w15:val="{CB93A44F-8918-0347-A226-198EA750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ゴシック" w:eastAsia="游ゴシック" w:hAnsi="游ゴシック"/>
      <w:color w:val="333333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5A6F9F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5A6F9F"/>
    <w:rPr>
      <w:color w:val="605E5C"/>
      <w:shd w:val="clear" w:color="auto" w:fill="E1DFDD"/>
    </w:rPr>
  </w:style>
  <w:style w:type="character" w:styleId="aff1">
    <w:name w:val="FollowedHyperlink"/>
    <w:basedOn w:val="a2"/>
    <w:uiPriority w:val="99"/>
    <w:semiHidden/>
    <w:unhideWhenUsed/>
    <w:rsid w:val="005A6F9F"/>
    <w:rPr>
      <w:color w:val="800080" w:themeColor="followedHyperlink"/>
      <w:u w:val="single"/>
    </w:rPr>
  </w:style>
  <w:style w:type="paragraph" w:styleId="aff2">
    <w:name w:val="Revision"/>
    <w:hidden/>
    <w:uiPriority w:val="99"/>
    <w:semiHidden/>
    <w:rsid w:val="00F24765"/>
    <w:pPr>
      <w:spacing w:after="0" w:line="240" w:lineRule="auto"/>
    </w:pPr>
    <w:rPr>
      <w:rFonts w:ascii="游ゴシック" w:eastAsia="游ゴシック" w:hAnsi="游ゴシック"/>
      <w:color w:val="333333"/>
      <w:sz w:val="20"/>
    </w:rPr>
  </w:style>
  <w:style w:type="character" w:styleId="aff3">
    <w:name w:val="annotation reference"/>
    <w:basedOn w:val="a2"/>
    <w:uiPriority w:val="99"/>
    <w:semiHidden/>
    <w:unhideWhenUsed/>
    <w:rsid w:val="00B532B7"/>
    <w:rPr>
      <w:sz w:val="18"/>
      <w:szCs w:val="18"/>
    </w:rPr>
  </w:style>
  <w:style w:type="paragraph" w:styleId="aff4">
    <w:name w:val="annotation text"/>
    <w:basedOn w:val="a1"/>
    <w:link w:val="aff5"/>
    <w:uiPriority w:val="99"/>
    <w:unhideWhenUsed/>
    <w:rsid w:val="00B532B7"/>
  </w:style>
  <w:style w:type="character" w:customStyle="1" w:styleId="aff5">
    <w:name w:val="コメント文字列 (文字)"/>
    <w:basedOn w:val="a2"/>
    <w:link w:val="aff4"/>
    <w:uiPriority w:val="99"/>
    <w:rsid w:val="00B532B7"/>
    <w:rPr>
      <w:rFonts w:ascii="游ゴシック" w:eastAsia="游ゴシック" w:hAnsi="游ゴシック"/>
      <w:color w:val="333333"/>
      <w:sz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B532B7"/>
    <w:rPr>
      <w:b/>
      <w:bCs/>
    </w:rPr>
  </w:style>
  <w:style w:type="character" w:customStyle="1" w:styleId="aff7">
    <w:name w:val="コメント内容 (文字)"/>
    <w:basedOn w:val="aff5"/>
    <w:link w:val="aff6"/>
    <w:uiPriority w:val="99"/>
    <w:semiHidden/>
    <w:rsid w:val="00B532B7"/>
    <w:rPr>
      <w:rFonts w:ascii="游ゴシック" w:eastAsia="游ゴシック" w:hAnsi="游ゴシック"/>
      <w:b/>
      <w:bCs/>
      <w:color w:val="333333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>generated by python-docx</dc:description>
  <cp:revision>10</cp:revision>
  <dcterms:created xsi:type="dcterms:W3CDTF">2013-12-23T23:15:00Z</dcterms:created>
  <dcterms:modified xsi:type="dcterms:W3CDTF">2026-08-27T06:29:00Z</dcterms:modified>
  <cp:category/>
</cp:coreProperties>
</file>