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69CC1" w14:textId="38A0162B" w:rsidR="001A7B59" w:rsidRPr="001A7B59" w:rsidRDefault="001A7B59" w:rsidP="00014CAF">
      <w:pPr>
        <w:spacing w:after="0"/>
        <w:ind w:leftChars="-386" w:left="-849"/>
        <w:rPr>
          <w:rFonts w:ascii="BIZ UDゴシック" w:eastAsia="BIZ UDゴシック" w:hAnsi="BIZ UDゴシック"/>
          <w:sz w:val="20"/>
          <w:szCs w:val="20"/>
          <w:lang w:eastAsia="ja-JP"/>
        </w:rPr>
      </w:pPr>
      <w:r w:rsidRPr="001A7B59">
        <w:rPr>
          <w:rFonts w:ascii="BIZ UDゴシック" w:eastAsia="BIZ UDゴシック" w:hAnsi="BIZ UDゴシック"/>
          <w:sz w:val="20"/>
          <w:szCs w:val="20"/>
          <w:lang w:eastAsia="ja-JP"/>
        </w:rPr>
        <w:t>【様式７】(災害ボランティア活動参加同意書)</w:t>
      </w:r>
    </w:p>
    <w:p w14:paraId="7E3EA15B" w14:textId="2C624039" w:rsidR="006A34CE" w:rsidRPr="001A7B59" w:rsidRDefault="00563D18" w:rsidP="001A7B59">
      <w:pPr>
        <w:spacing w:line="440" w:lineRule="exact"/>
        <w:jc w:val="center"/>
        <w:rPr>
          <w:rFonts w:ascii="BIZ UDゴシック" w:eastAsia="BIZ UDゴシック" w:hAnsi="BIZ UDゴシック"/>
          <w:color w:val="FF0000"/>
          <w:sz w:val="24"/>
          <w:szCs w:val="24"/>
          <w:lang w:eastAsia="ja-JP"/>
        </w:rPr>
      </w:pPr>
      <w:r w:rsidRPr="00547214">
        <w:rPr>
          <w:rFonts w:ascii="BIZ UDゴシック" w:eastAsia="BIZ UDゴシック" w:hAnsi="BIZ UDゴシック"/>
          <w:sz w:val="24"/>
          <w:szCs w:val="24"/>
          <w:lang w:eastAsia="ja-JP"/>
        </w:rPr>
        <w:t>災害ボランティア活動参加同意書</w:t>
      </w:r>
      <w:r w:rsidRPr="001A7B59">
        <w:rPr>
          <w:rFonts w:ascii="BIZ UDゴシック" w:eastAsia="BIZ UDゴシック" w:hAnsi="BIZ UDゴシック"/>
          <w:color w:val="FF0000"/>
          <w:sz w:val="24"/>
          <w:szCs w:val="24"/>
          <w:lang w:eastAsia="ja-JP"/>
        </w:rPr>
        <w:t>（書き方例）</w:t>
      </w:r>
    </w:p>
    <w:p w14:paraId="43C1231C" w14:textId="542DA0D9" w:rsidR="006A34CE" w:rsidRPr="00547214" w:rsidRDefault="001A7B59" w:rsidP="001A7B59">
      <w:pPr>
        <w:spacing w:after="0" w:line="440" w:lineRule="exact"/>
        <w:rPr>
          <w:rFonts w:ascii="BIZ UDゴシック" w:eastAsia="BIZ UDゴシック" w:hAnsi="BIZ UDゴシック"/>
          <w:sz w:val="24"/>
          <w:szCs w:val="24"/>
          <w:lang w:eastAsia="ja-JP"/>
        </w:rPr>
      </w:pPr>
      <w:r>
        <w:rPr>
          <w:rFonts w:ascii="BIZ UDゴシック" w:eastAsia="BIZ UDゴシック" w:hAnsi="BIZ UDゴシック" w:hint="eastAsia"/>
          <w:color w:val="FF0000"/>
          <w:sz w:val="24"/>
          <w:szCs w:val="24"/>
          <w:u w:val="single" w:color="000000" w:themeColor="text1"/>
          <w:lang w:eastAsia="ja-JP"/>
        </w:rPr>
        <w:t xml:space="preserve">　宇</w:t>
      </w:r>
      <w:r w:rsidR="00563D18" w:rsidRPr="001A7B59">
        <w:rPr>
          <w:rFonts w:ascii="BIZ UDゴシック" w:eastAsia="BIZ UDゴシック" w:hAnsi="BIZ UDゴシック"/>
          <w:color w:val="FF0000"/>
          <w:sz w:val="24"/>
          <w:szCs w:val="24"/>
          <w:u w:val="single" w:color="000000" w:themeColor="text1"/>
          <w:lang w:eastAsia="ja-JP"/>
        </w:rPr>
        <w:t>城市</w:t>
      </w:r>
      <w:r>
        <w:rPr>
          <w:rFonts w:ascii="BIZ UDゴシック" w:eastAsia="BIZ UDゴシック" w:hAnsi="BIZ UDゴシック" w:hint="eastAsia"/>
          <w:color w:val="FF0000"/>
          <w:sz w:val="24"/>
          <w:szCs w:val="24"/>
          <w:u w:val="single" w:color="000000" w:themeColor="text1"/>
          <w:lang w:eastAsia="ja-JP"/>
        </w:rPr>
        <w:t xml:space="preserve">　</w:t>
      </w:r>
      <w:r w:rsidR="00563D18" w:rsidRPr="001A7B59">
        <w:rPr>
          <w:rFonts w:ascii="BIZ UDゴシック" w:eastAsia="BIZ UDゴシック" w:hAnsi="BIZ UDゴシック"/>
          <w:sz w:val="24"/>
          <w:szCs w:val="24"/>
          <w:u w:val="single" w:color="000000" w:themeColor="text1"/>
          <w:lang w:eastAsia="ja-JP"/>
        </w:rPr>
        <w:t xml:space="preserve"> </w:t>
      </w:r>
      <w:r w:rsidR="00563D18" w:rsidRPr="00547214">
        <w:rPr>
          <w:rFonts w:ascii="BIZ UDゴシック" w:eastAsia="BIZ UDゴシック" w:hAnsi="BIZ UDゴシック"/>
          <w:sz w:val="24"/>
          <w:szCs w:val="24"/>
          <w:lang w:eastAsia="ja-JP"/>
        </w:rPr>
        <w:t>災害ボランティアセンター様</w:t>
      </w:r>
    </w:p>
    <w:p w14:paraId="636CB72C" w14:textId="4D0925E6" w:rsidR="006A34CE" w:rsidRPr="00547214" w:rsidRDefault="00563D18" w:rsidP="001A7B59">
      <w:pPr>
        <w:spacing w:after="0" w:line="440" w:lineRule="exact"/>
        <w:rPr>
          <w:rFonts w:ascii="BIZ UDゴシック" w:eastAsia="BIZ UDゴシック" w:hAnsi="BIZ UDゴシック"/>
          <w:sz w:val="24"/>
          <w:szCs w:val="24"/>
        </w:rPr>
      </w:pPr>
      <w:r w:rsidRPr="00547214">
        <w:rPr>
          <w:rFonts w:ascii="BIZ UDゴシック" w:eastAsia="BIZ UDゴシック" w:hAnsi="BIZ UDゴシック"/>
          <w:sz w:val="24"/>
          <w:szCs w:val="24"/>
        </w:rPr>
        <w:t>（</w:t>
      </w:r>
      <w:r w:rsidRPr="001A7B59">
        <w:rPr>
          <w:rFonts w:ascii="BIZ UDゴシック" w:eastAsia="BIZ UDゴシック" w:hAnsi="BIZ UDゴシック"/>
          <w:sz w:val="24"/>
          <w:szCs w:val="24"/>
          <w:u w:val="single"/>
        </w:rPr>
        <w:t xml:space="preserve"> </w:t>
      </w:r>
      <w:r w:rsidR="001A7B59">
        <w:rPr>
          <w:rFonts w:ascii="BIZ UDゴシック" w:eastAsia="BIZ UDゴシック" w:hAnsi="BIZ UDゴシック" w:hint="eastAsia"/>
          <w:sz w:val="24"/>
          <w:szCs w:val="24"/>
          <w:u w:val="single"/>
          <w:lang w:eastAsia="ja-JP"/>
        </w:rPr>
        <w:t xml:space="preserve">　</w:t>
      </w:r>
      <w:r w:rsidRPr="001A7B59">
        <w:rPr>
          <w:rFonts w:ascii="BIZ UDゴシック" w:eastAsia="BIZ UDゴシック" w:hAnsi="BIZ UDゴシック"/>
          <w:color w:val="FF0000"/>
          <w:sz w:val="24"/>
          <w:szCs w:val="24"/>
          <w:u w:val="single"/>
        </w:rPr>
        <w:t>宇城市</w:t>
      </w:r>
      <w:r w:rsidR="001A7B59">
        <w:rPr>
          <w:rFonts w:ascii="BIZ UDゴシック" w:eastAsia="BIZ UDゴシック" w:hAnsi="BIZ UDゴシック" w:hint="eastAsia"/>
          <w:sz w:val="24"/>
          <w:szCs w:val="24"/>
          <w:u w:val="single"/>
          <w:lang w:eastAsia="ja-JP"/>
        </w:rPr>
        <w:t xml:space="preserve">　</w:t>
      </w:r>
      <w:r w:rsidR="001A7B59" w:rsidRPr="001A7B59">
        <w:rPr>
          <w:rFonts w:ascii="BIZ UDゴシック" w:eastAsia="BIZ UDゴシック" w:hAnsi="BIZ UDゴシック" w:hint="eastAsia"/>
          <w:sz w:val="24"/>
          <w:szCs w:val="24"/>
          <w:u w:val="single"/>
          <w:lang w:eastAsia="ja-JP"/>
        </w:rPr>
        <w:t xml:space="preserve">　</w:t>
      </w:r>
      <w:r w:rsidRPr="00547214">
        <w:rPr>
          <w:rFonts w:ascii="BIZ UDゴシック" w:eastAsia="BIZ UDゴシック" w:hAnsi="BIZ UDゴシック"/>
          <w:sz w:val="24"/>
          <w:szCs w:val="24"/>
        </w:rPr>
        <w:t>社会福祉協議会様）</w:t>
      </w:r>
    </w:p>
    <w:p w14:paraId="5CBBF032" w14:textId="77777777" w:rsidR="006A34CE" w:rsidRPr="00547214" w:rsidRDefault="00563D18" w:rsidP="001A7B59">
      <w:pPr>
        <w:spacing w:before="40" w:after="0" w:line="440" w:lineRule="exact"/>
        <w:rPr>
          <w:rFonts w:ascii="BIZ UDゴシック" w:eastAsia="BIZ UDゴシック" w:hAnsi="BIZ UDゴシック"/>
          <w:sz w:val="24"/>
          <w:szCs w:val="24"/>
          <w:lang w:eastAsia="ja-JP"/>
        </w:rPr>
      </w:pPr>
      <w:r w:rsidRPr="00547214">
        <w:rPr>
          <w:rFonts w:ascii="BIZ UDゴシック" w:eastAsia="BIZ UDゴシック" w:hAnsi="BIZ UDゴシック"/>
          <w:sz w:val="24"/>
          <w:szCs w:val="24"/>
          <w:lang w:eastAsia="ja-JP"/>
        </w:rPr>
        <w:t>災害救援ボランティア活動への参加について下記のとおり同意します。</w:t>
      </w:r>
    </w:p>
    <w:p w14:paraId="30FA8681" w14:textId="77777777" w:rsidR="006A34CE" w:rsidRPr="00547214" w:rsidRDefault="00563D18" w:rsidP="001A7B59">
      <w:pPr>
        <w:spacing w:after="0" w:line="440" w:lineRule="exact"/>
        <w:jc w:val="center"/>
        <w:rPr>
          <w:rFonts w:ascii="BIZ UDゴシック" w:eastAsia="BIZ UDゴシック" w:hAnsi="BIZ UDゴシック"/>
          <w:sz w:val="24"/>
          <w:szCs w:val="24"/>
        </w:rPr>
      </w:pPr>
      <w:r w:rsidRPr="00547214">
        <w:rPr>
          <w:rFonts w:ascii="BIZ UDゴシック" w:eastAsia="BIZ UDゴシック" w:hAnsi="BIZ UDゴシック"/>
          <w:sz w:val="24"/>
          <w:szCs w:val="24"/>
        </w:rPr>
        <w:t>記</w:t>
      </w:r>
    </w:p>
    <w:p w14:paraId="1606E2A0" w14:textId="77777777" w:rsidR="006A34CE" w:rsidRPr="00547214" w:rsidRDefault="00563D18" w:rsidP="001A7B59">
      <w:pPr>
        <w:spacing w:after="0" w:line="440" w:lineRule="exact"/>
        <w:rPr>
          <w:rFonts w:ascii="BIZ UDゴシック" w:eastAsia="BIZ UDゴシック" w:hAnsi="BIZ UDゴシック"/>
          <w:sz w:val="24"/>
          <w:szCs w:val="24"/>
        </w:rPr>
      </w:pPr>
      <w:r w:rsidRPr="00547214">
        <w:rPr>
          <w:rFonts w:ascii="BIZ UDゴシック" w:eastAsia="BIZ UDゴシック" w:hAnsi="BIZ UDゴシック"/>
          <w:sz w:val="24"/>
          <w:szCs w:val="24"/>
        </w:rPr>
        <w:t>１ 参加者</w:t>
      </w:r>
    </w:p>
    <w:p w14:paraId="2130CCD9" w14:textId="1B24B0B7" w:rsidR="006A34CE" w:rsidRPr="00547214" w:rsidRDefault="00014CAF" w:rsidP="001A7B59">
      <w:pPr>
        <w:spacing w:after="0" w:line="440" w:lineRule="exact"/>
        <w:ind w:firstLineChars="150" w:firstLine="360"/>
        <w:rPr>
          <w:rFonts w:ascii="BIZ UDゴシック" w:eastAsia="BIZ UDゴシック" w:hAnsi="BIZ UDゴシック"/>
          <w:sz w:val="24"/>
          <w:szCs w:val="24"/>
        </w:rPr>
      </w:pP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75648" behindDoc="0" locked="0" layoutInCell="1" allowOverlap="1" wp14:anchorId="63857D7D" wp14:editId="573623BD">
                <wp:simplePos x="0" y="0"/>
                <wp:positionH relativeFrom="column">
                  <wp:posOffset>4284980</wp:posOffset>
                </wp:positionH>
                <wp:positionV relativeFrom="paragraph">
                  <wp:posOffset>248285</wp:posOffset>
                </wp:positionV>
                <wp:extent cx="323850" cy="0"/>
                <wp:effectExtent l="38100" t="38100" r="76200" b="95250"/>
                <wp:wrapNone/>
                <wp:docPr id="682090030" name="直線コネクタ 1"/>
                <wp:cNvGraphicFramePr/>
                <a:graphic xmlns:a="http://schemas.openxmlformats.org/drawingml/2006/main">
                  <a:graphicData uri="http://schemas.microsoft.com/office/word/2010/wordprocessingShape">
                    <wps:wsp>
                      <wps:cNvCnPr/>
                      <wps:spPr>
                        <a:xfrm flipV="1">
                          <a:off x="0" y="0"/>
                          <a:ext cx="32385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A1BA0B" id="直線コネクタ 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4pt,19.55pt" to="362.9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" strokecolor="black [3200]" strokeweight=".25pt">
                <v:shadow on="t" color="black" opacity="24903f" origin=",.5" offset="0,.55556mm"/>
              </v:line>
            </w:pict>
          </mc:Fallback>
        </mc:AlternateContent>
      </w: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73600" behindDoc="0" locked="0" layoutInCell="1" allowOverlap="1" wp14:anchorId="0BC0E5CE" wp14:editId="414034CB">
                <wp:simplePos x="0" y="0"/>
                <wp:positionH relativeFrom="column">
                  <wp:posOffset>3821430</wp:posOffset>
                </wp:positionH>
                <wp:positionV relativeFrom="paragraph">
                  <wp:posOffset>250190</wp:posOffset>
                </wp:positionV>
                <wp:extent cx="323850" cy="0"/>
                <wp:effectExtent l="38100" t="38100" r="76200" b="95250"/>
                <wp:wrapNone/>
                <wp:docPr id="1028434733" name="直線コネクタ 1"/>
                <wp:cNvGraphicFramePr/>
                <a:graphic xmlns:a="http://schemas.openxmlformats.org/drawingml/2006/main">
                  <a:graphicData uri="http://schemas.microsoft.com/office/word/2010/wordprocessingShape">
                    <wps:wsp>
                      <wps:cNvCnPr/>
                      <wps:spPr>
                        <a:xfrm flipV="1">
                          <a:off x="0" y="0"/>
                          <a:ext cx="32385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E9A6B0" id="直線コネクタ 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9pt,19.7pt" to="326.4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" strokecolor="black [3200]" strokeweight=".25pt">
                <v:shadow on="t" color="black" opacity="24903f" origin=",.5" offset="0,.55556mm"/>
              </v:line>
            </w:pict>
          </mc:Fallback>
        </mc:AlternateContent>
      </w: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71552" behindDoc="0" locked="0" layoutInCell="1" allowOverlap="1" wp14:anchorId="1B86E227" wp14:editId="7C6A4FA6">
                <wp:simplePos x="0" y="0"/>
                <wp:positionH relativeFrom="column">
                  <wp:posOffset>3370580</wp:posOffset>
                </wp:positionH>
                <wp:positionV relativeFrom="paragraph">
                  <wp:posOffset>258033</wp:posOffset>
                </wp:positionV>
                <wp:extent cx="287655" cy="0"/>
                <wp:effectExtent l="38100" t="38100" r="74295" b="95250"/>
                <wp:wrapNone/>
                <wp:docPr id="697025572" name="直線コネクタ 1"/>
                <wp:cNvGraphicFramePr/>
                <a:graphic xmlns:a="http://schemas.openxmlformats.org/drawingml/2006/main">
                  <a:graphicData uri="http://schemas.microsoft.com/office/word/2010/wordprocessingShape">
                    <wps:wsp>
                      <wps:cNvCnPr/>
                      <wps:spPr>
                        <a:xfrm flipV="1">
                          <a:off x="0" y="0"/>
                          <a:ext cx="28765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F7A4A8" id="直線コネクタ 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4pt,20.3pt" to="288.0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" strokecolor="black [3200]" strokeweight=".25pt">
                <v:shadow on="t" color="black" opacity="24903f" origin=",.5" offset="0,.55556mm"/>
              </v:line>
            </w:pict>
          </mc:Fallback>
        </mc:AlternateContent>
      </w:r>
      <w:r w:rsidR="00DC32EB"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69504" behindDoc="0" locked="0" layoutInCell="1" allowOverlap="1" wp14:anchorId="5B6D10A3" wp14:editId="57D514B6">
                <wp:simplePos x="0" y="0"/>
                <wp:positionH relativeFrom="column">
                  <wp:posOffset>615315</wp:posOffset>
                </wp:positionH>
                <wp:positionV relativeFrom="paragraph">
                  <wp:posOffset>256210</wp:posOffset>
                </wp:positionV>
                <wp:extent cx="1475740" cy="0"/>
                <wp:effectExtent l="38100" t="38100" r="67310" b="95250"/>
                <wp:wrapNone/>
                <wp:docPr id="557131189" name="直線コネクタ 1"/>
                <wp:cNvGraphicFramePr/>
                <a:graphic xmlns:a="http://schemas.openxmlformats.org/drawingml/2006/main">
                  <a:graphicData uri="http://schemas.microsoft.com/office/word/2010/wordprocessingShape">
                    <wps:wsp>
                      <wps:cNvCnPr/>
                      <wps:spPr>
                        <a:xfrm flipV="1">
                          <a:off x="0" y="0"/>
                          <a:ext cx="147574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CD853" id="直線コネクタ 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5pt,20.15pt" to="164.6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rPr>
        <w:t>氏 名</w:t>
      </w:r>
      <w:r w:rsidR="00563D18" w:rsidRPr="00DC32EB">
        <w:rPr>
          <w:rFonts w:ascii="BIZ UDゴシック" w:eastAsia="BIZ UDゴシック" w:hAnsi="BIZ UDゴシック"/>
          <w:sz w:val="24"/>
          <w:szCs w:val="24"/>
        </w:rPr>
        <w:t xml:space="preserve">      </w:t>
      </w:r>
      <w:r w:rsidR="00563D18" w:rsidRPr="001641A7">
        <w:rPr>
          <w:rFonts w:ascii="BIZ UDゴシック" w:eastAsia="BIZ UDゴシック" w:hAnsi="BIZ UDゴシック"/>
          <w:color w:val="FF0000"/>
          <w:sz w:val="24"/>
          <w:szCs w:val="24"/>
        </w:rPr>
        <w:t>宇城 太郎</w:t>
      </w:r>
      <w:r w:rsidR="00563D18" w:rsidRPr="00DC32EB">
        <w:rPr>
          <w:rFonts w:ascii="BIZ UDゴシック" w:eastAsia="BIZ UDゴシック" w:hAnsi="BIZ UDゴシック"/>
          <w:sz w:val="24"/>
          <w:szCs w:val="24"/>
        </w:rPr>
        <w:t xml:space="preserve">      </w:t>
      </w:r>
      <w:r w:rsidR="00563D18" w:rsidRPr="00547214">
        <w:rPr>
          <w:rFonts w:ascii="BIZ UDゴシック" w:eastAsia="BIZ UDゴシック" w:hAnsi="BIZ UDゴシック"/>
          <w:sz w:val="24"/>
          <w:szCs w:val="24"/>
        </w:rPr>
        <w:t xml:space="preserve"> </w:t>
      </w:r>
      <w:r w:rsidR="00563D18" w:rsidRPr="00DC32EB">
        <w:rPr>
          <w:rFonts w:ascii="BIZ UDゴシック" w:eastAsia="BIZ UDゴシック" w:hAnsi="BIZ UDゴシック"/>
          <w:sz w:val="24"/>
          <w:szCs w:val="24"/>
        </w:rPr>
        <w:t xml:space="preserve">生年月日  平成 </w:t>
      </w:r>
      <w:r w:rsidR="00563D18" w:rsidRPr="001641A7">
        <w:rPr>
          <w:rFonts w:ascii="BIZ UDゴシック" w:eastAsia="BIZ UDゴシック" w:hAnsi="BIZ UDゴシック"/>
          <w:color w:val="FF0000"/>
          <w:sz w:val="24"/>
          <w:szCs w:val="24"/>
          <w:u w:color="000000" w:themeColor="text1"/>
        </w:rPr>
        <w:t>〇</w:t>
      </w:r>
      <w:r w:rsidR="00563D18" w:rsidRPr="00DC32EB">
        <w:rPr>
          <w:rFonts w:ascii="BIZ UDゴシック" w:eastAsia="BIZ UDゴシック" w:hAnsi="BIZ UDゴシック"/>
          <w:sz w:val="24"/>
          <w:szCs w:val="24"/>
          <w:u w:color="000000" w:themeColor="text1"/>
        </w:rPr>
        <w:t xml:space="preserve"> </w:t>
      </w:r>
      <w:r w:rsidR="00563D18" w:rsidRPr="00DC32EB">
        <w:rPr>
          <w:rFonts w:ascii="BIZ UDゴシック" w:eastAsia="BIZ UDゴシック" w:hAnsi="BIZ UDゴシック"/>
          <w:sz w:val="24"/>
          <w:szCs w:val="24"/>
        </w:rPr>
        <w:t>年</w:t>
      </w:r>
      <w:r w:rsidR="00563D18" w:rsidRPr="00DC32EB">
        <w:rPr>
          <w:rFonts w:ascii="BIZ UDゴシック" w:eastAsia="BIZ UDゴシック" w:hAnsi="BIZ UDゴシック"/>
          <w:sz w:val="24"/>
          <w:szCs w:val="24"/>
          <w:u w:color="000000" w:themeColor="text1"/>
        </w:rPr>
        <w:t xml:space="preserve"> </w:t>
      </w:r>
      <w:r w:rsidR="00563D18" w:rsidRPr="001641A7">
        <w:rPr>
          <w:rFonts w:ascii="BIZ UDゴシック" w:eastAsia="BIZ UDゴシック" w:hAnsi="BIZ UDゴシック"/>
          <w:color w:val="FF0000"/>
          <w:sz w:val="24"/>
          <w:szCs w:val="24"/>
          <w:u w:color="000000" w:themeColor="text1"/>
        </w:rPr>
        <w:t>〇</w:t>
      </w:r>
      <w:r w:rsidR="00563D18" w:rsidRPr="00DC32EB">
        <w:rPr>
          <w:rFonts w:ascii="BIZ UDゴシック" w:eastAsia="BIZ UDゴシック" w:hAnsi="BIZ UDゴシック"/>
          <w:sz w:val="24"/>
          <w:szCs w:val="24"/>
          <w:u w:color="000000" w:themeColor="text1"/>
        </w:rPr>
        <w:t xml:space="preserve"> </w:t>
      </w:r>
      <w:r w:rsidR="00563D18" w:rsidRPr="00DC32EB">
        <w:rPr>
          <w:rFonts w:ascii="BIZ UDゴシック" w:eastAsia="BIZ UDゴシック" w:hAnsi="BIZ UDゴシック"/>
          <w:sz w:val="24"/>
          <w:szCs w:val="24"/>
        </w:rPr>
        <w:t>月</w:t>
      </w:r>
      <w:r w:rsidR="00563D18" w:rsidRPr="00DC32EB">
        <w:rPr>
          <w:rFonts w:ascii="BIZ UDゴシック" w:eastAsia="BIZ UDゴシック" w:hAnsi="BIZ UDゴシック"/>
          <w:sz w:val="24"/>
          <w:szCs w:val="24"/>
          <w:u w:color="000000" w:themeColor="text1"/>
        </w:rPr>
        <w:t xml:space="preserve"> </w:t>
      </w:r>
      <w:r w:rsidRPr="00014CAF">
        <w:rPr>
          <w:rFonts w:ascii="BIZ UDゴシック" w:eastAsia="BIZ UDゴシック" w:hAnsi="BIZ UDゴシック" w:hint="eastAsia"/>
          <w:color w:val="FF0000"/>
          <w:sz w:val="24"/>
          <w:szCs w:val="24"/>
          <w:u w:color="000000" w:themeColor="text1"/>
          <w:lang w:eastAsia="ja-JP"/>
        </w:rPr>
        <w:t>〇</w:t>
      </w:r>
      <w:r w:rsidR="00563D18" w:rsidRPr="00DC32EB">
        <w:rPr>
          <w:rFonts w:ascii="BIZ UDゴシック" w:eastAsia="BIZ UDゴシック" w:hAnsi="BIZ UDゴシック"/>
          <w:sz w:val="24"/>
          <w:szCs w:val="24"/>
          <w:u w:color="000000" w:themeColor="text1"/>
        </w:rPr>
        <w:t xml:space="preserve"> </w:t>
      </w:r>
      <w:r w:rsidR="00563D18" w:rsidRPr="00DC32EB">
        <w:rPr>
          <w:rFonts w:ascii="BIZ UDゴシック" w:eastAsia="BIZ UDゴシック" w:hAnsi="BIZ UDゴシック"/>
          <w:sz w:val="24"/>
          <w:szCs w:val="24"/>
        </w:rPr>
        <w:t>日</w:t>
      </w:r>
    </w:p>
    <w:p w14:paraId="682F6790" w14:textId="6CB3F830" w:rsidR="006A34CE" w:rsidRPr="00547214" w:rsidRDefault="00563D18" w:rsidP="001A7B59">
      <w:pPr>
        <w:spacing w:after="0" w:line="440" w:lineRule="exact"/>
        <w:rPr>
          <w:rFonts w:ascii="BIZ UDゴシック" w:eastAsia="BIZ UDゴシック" w:hAnsi="BIZ UDゴシック"/>
          <w:sz w:val="24"/>
          <w:szCs w:val="24"/>
        </w:rPr>
      </w:pPr>
      <w:r w:rsidRPr="00547214">
        <w:rPr>
          <w:rFonts w:ascii="BIZ UDゴシック" w:eastAsia="BIZ UDゴシック" w:hAnsi="BIZ UDゴシック"/>
          <w:sz w:val="24"/>
          <w:szCs w:val="24"/>
        </w:rPr>
        <w:t>２ 保護者(親権者)</w:t>
      </w:r>
      <w:r w:rsidR="00DC32EB" w:rsidRPr="00DC32EB">
        <w:rPr>
          <w:rFonts w:ascii="BIZ UDゴシック" w:eastAsia="BIZ UDゴシック" w:hAnsi="BIZ UDゴシック" w:hint="eastAsia"/>
          <w:noProof/>
          <w:sz w:val="24"/>
          <w:szCs w:val="24"/>
          <w:u w:color="000000" w:themeColor="text1"/>
          <w:lang w:eastAsia="ja-JP"/>
        </w:rPr>
        <w:t xml:space="preserve"> </w:t>
      </w:r>
    </w:p>
    <w:p w14:paraId="7DA4EB22" w14:textId="3B1A5297" w:rsidR="006A34CE" w:rsidRPr="00547214" w:rsidRDefault="00DC32EB" w:rsidP="001A7B59">
      <w:pPr>
        <w:spacing w:after="0" w:line="440" w:lineRule="exact"/>
        <w:ind w:firstLineChars="150" w:firstLine="360"/>
        <w:rPr>
          <w:rFonts w:ascii="BIZ UDゴシック" w:eastAsia="BIZ UDゴシック" w:hAnsi="BIZ UDゴシック"/>
          <w:sz w:val="24"/>
          <w:szCs w:val="24"/>
          <w:lang w:eastAsia="ja-JP"/>
        </w:rPr>
      </w:pP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67456" behindDoc="0" locked="0" layoutInCell="1" allowOverlap="1" wp14:anchorId="62269E47" wp14:editId="328D091C">
                <wp:simplePos x="0" y="0"/>
                <wp:positionH relativeFrom="column">
                  <wp:posOffset>688340</wp:posOffset>
                </wp:positionH>
                <wp:positionV relativeFrom="paragraph">
                  <wp:posOffset>248285</wp:posOffset>
                </wp:positionV>
                <wp:extent cx="1476000" cy="0"/>
                <wp:effectExtent l="38100" t="38100" r="67310" b="95250"/>
                <wp:wrapNone/>
                <wp:docPr id="1548138490" name="直線コネクタ 1"/>
                <wp:cNvGraphicFramePr/>
                <a:graphic xmlns:a="http://schemas.openxmlformats.org/drawingml/2006/main">
                  <a:graphicData uri="http://schemas.microsoft.com/office/word/2010/wordprocessingShape">
                    <wps:wsp>
                      <wps:cNvCnPr/>
                      <wps:spPr>
                        <a:xfrm flipV="1">
                          <a:off x="0" y="0"/>
                          <a:ext cx="1476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294FF" id="直線コネクタ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pt,19.55pt" to="170.4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" strokecolor="black [3200]" strokeweight=".25pt">
                <v:shadow on="t" color="black" opacity="24903f" origin=",.5" offset="0,.55556mm"/>
              </v:line>
            </w:pict>
          </mc:Fallback>
        </mc:AlternateContent>
      </w: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65408" behindDoc="0" locked="0" layoutInCell="1" allowOverlap="1" wp14:anchorId="204894DE" wp14:editId="1B86D33F">
                <wp:simplePos x="0" y="0"/>
                <wp:positionH relativeFrom="column">
                  <wp:posOffset>3246120</wp:posOffset>
                </wp:positionH>
                <wp:positionV relativeFrom="paragraph">
                  <wp:posOffset>242265</wp:posOffset>
                </wp:positionV>
                <wp:extent cx="612000" cy="0"/>
                <wp:effectExtent l="38100" t="38100" r="74295" b="95250"/>
                <wp:wrapNone/>
                <wp:docPr id="364992813" name="直線コネクタ 1"/>
                <wp:cNvGraphicFramePr/>
                <a:graphic xmlns:a="http://schemas.openxmlformats.org/drawingml/2006/main">
                  <a:graphicData uri="http://schemas.microsoft.com/office/word/2010/wordprocessingShape">
                    <wps:wsp>
                      <wps:cNvCnPr/>
                      <wps:spPr>
                        <a:xfrm flipV="1">
                          <a:off x="0" y="0"/>
                          <a:ext cx="612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B433C6" id="直線コネクタ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6pt,19.1pt" to="303.8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lang w:eastAsia="ja-JP"/>
        </w:rPr>
        <w:t xml:space="preserve">氏 名      </w:t>
      </w:r>
      <w:r w:rsidR="00563D18" w:rsidRPr="001641A7">
        <w:rPr>
          <w:rFonts w:ascii="BIZ UDゴシック" w:eastAsia="BIZ UDゴシック" w:hAnsi="BIZ UDゴシック"/>
          <w:color w:val="FF0000"/>
          <w:sz w:val="24"/>
          <w:szCs w:val="24"/>
          <w:lang w:eastAsia="ja-JP"/>
        </w:rPr>
        <w:t>宇城 二郎</w:t>
      </w:r>
      <w:r w:rsidR="00563D18" w:rsidRPr="00547214">
        <w:rPr>
          <w:rFonts w:ascii="BIZ UDゴシック" w:eastAsia="BIZ UDゴシック" w:hAnsi="BIZ UDゴシック"/>
          <w:sz w:val="24"/>
          <w:szCs w:val="24"/>
          <w:lang w:eastAsia="ja-JP"/>
        </w:rPr>
        <w:t xml:space="preserve">        ㊞    続 柄   </w:t>
      </w:r>
      <w:r w:rsidR="00563D18" w:rsidRPr="001641A7">
        <w:rPr>
          <w:rFonts w:ascii="BIZ UDゴシック" w:eastAsia="BIZ UDゴシック" w:hAnsi="BIZ UDゴシック"/>
          <w:color w:val="FF0000"/>
          <w:sz w:val="24"/>
          <w:szCs w:val="24"/>
          <w:lang w:eastAsia="ja-JP"/>
        </w:rPr>
        <w:t>父</w:t>
      </w:r>
    </w:p>
    <w:p w14:paraId="3ADD5FCD" w14:textId="3B440255" w:rsidR="006A34CE" w:rsidRPr="00547214" w:rsidRDefault="00563D18" w:rsidP="00014CAF">
      <w:pPr>
        <w:spacing w:after="0" w:line="400" w:lineRule="exact"/>
        <w:ind w:firstLineChars="150" w:firstLine="360"/>
        <w:rPr>
          <w:rFonts w:ascii="BIZ UDゴシック" w:eastAsia="BIZ UDゴシック" w:hAnsi="BIZ UDゴシック"/>
          <w:sz w:val="24"/>
          <w:szCs w:val="24"/>
          <w:lang w:eastAsia="ja-JP"/>
        </w:rPr>
      </w:pPr>
      <w:r w:rsidRPr="00547214">
        <w:rPr>
          <w:rFonts w:ascii="BIZ UDゴシック" w:eastAsia="BIZ UDゴシック" w:hAnsi="BIZ UDゴシック"/>
          <w:sz w:val="24"/>
          <w:szCs w:val="24"/>
          <w:lang w:eastAsia="ja-JP"/>
        </w:rPr>
        <w:t>※保護者本人の直筆で署名すること</w:t>
      </w:r>
    </w:p>
    <w:p w14:paraId="59B11D67" w14:textId="17EB6E60" w:rsidR="006A34CE" w:rsidRPr="001A7B59" w:rsidRDefault="00DC32EB" w:rsidP="001A7B59">
      <w:pPr>
        <w:spacing w:after="0" w:line="440" w:lineRule="exact"/>
        <w:ind w:firstLineChars="150" w:firstLine="360"/>
        <w:rPr>
          <w:rFonts w:ascii="BIZ UDゴシック" w:eastAsia="BIZ UDゴシック" w:hAnsi="BIZ UDゴシック"/>
          <w:sz w:val="24"/>
          <w:szCs w:val="24"/>
          <w:u w:val="single" w:color="000000" w:themeColor="text1"/>
        </w:rPr>
      </w:pP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63360" behindDoc="0" locked="0" layoutInCell="1" allowOverlap="1" wp14:anchorId="271ABD0C" wp14:editId="3D628658">
                <wp:simplePos x="0" y="0"/>
                <wp:positionH relativeFrom="column">
                  <wp:posOffset>918566</wp:posOffset>
                </wp:positionH>
                <wp:positionV relativeFrom="paragraph">
                  <wp:posOffset>243205</wp:posOffset>
                </wp:positionV>
                <wp:extent cx="432000" cy="0"/>
                <wp:effectExtent l="38100" t="38100" r="63500" b="95250"/>
                <wp:wrapNone/>
                <wp:docPr id="1164529051" name="直線コネクタ 1"/>
                <wp:cNvGraphicFramePr/>
                <a:graphic xmlns:a="http://schemas.openxmlformats.org/drawingml/2006/main">
                  <a:graphicData uri="http://schemas.microsoft.com/office/word/2010/wordprocessingShape">
                    <wps:wsp>
                      <wps:cNvCnPr/>
                      <wps:spPr>
                        <a:xfrm flipV="1">
                          <a:off x="0" y="0"/>
                          <a:ext cx="432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3DD98" id="直線コネクタ 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5pt,19.15pt" to="106.3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" strokecolor="black [3200]" strokeweight=".25pt">
                <v:shadow on="t" color="black" opacity="24903f" origin=",.5" offset="0,.55556mm"/>
              </v:line>
            </w:pict>
          </mc:Fallback>
        </mc:AlternateContent>
      </w: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61312" behindDoc="0" locked="0" layoutInCell="1" allowOverlap="1" wp14:anchorId="774A2FBA" wp14:editId="6176E9D4">
                <wp:simplePos x="0" y="0"/>
                <wp:positionH relativeFrom="column">
                  <wp:posOffset>1536065</wp:posOffset>
                </wp:positionH>
                <wp:positionV relativeFrom="paragraph">
                  <wp:posOffset>241935</wp:posOffset>
                </wp:positionV>
                <wp:extent cx="612000" cy="0"/>
                <wp:effectExtent l="38100" t="38100" r="74295" b="95250"/>
                <wp:wrapNone/>
                <wp:docPr id="98351254" name="直線コネクタ 1"/>
                <wp:cNvGraphicFramePr/>
                <a:graphic xmlns:a="http://schemas.openxmlformats.org/drawingml/2006/main">
                  <a:graphicData uri="http://schemas.microsoft.com/office/word/2010/wordprocessingShape">
                    <wps:wsp>
                      <wps:cNvCnPr/>
                      <wps:spPr>
                        <a:xfrm flipV="1">
                          <a:off x="0" y="0"/>
                          <a:ext cx="612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05EA6" id="直線コネクタ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95pt,19.05pt" to="169.1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rPr>
        <w:t xml:space="preserve">住 所 〒 </w:t>
      </w:r>
      <w:r w:rsidR="00563D18" w:rsidRPr="003C6FB8">
        <w:rPr>
          <w:rFonts w:ascii="BIZ UDゴシック" w:eastAsia="BIZ UDゴシック" w:hAnsi="BIZ UDゴシック"/>
          <w:color w:val="FF0000"/>
          <w:sz w:val="24"/>
          <w:szCs w:val="24"/>
          <w:u w:color="000000" w:themeColor="text1"/>
        </w:rPr>
        <w:t>〇〇〇</w:t>
      </w:r>
      <w:r w:rsidR="00563D18" w:rsidRPr="001A7B59">
        <w:rPr>
          <w:rFonts w:ascii="BIZ UDゴシック" w:eastAsia="BIZ UDゴシック" w:hAnsi="BIZ UDゴシック"/>
          <w:sz w:val="24"/>
          <w:szCs w:val="24"/>
        </w:rPr>
        <w:t>－</w:t>
      </w:r>
      <w:r w:rsidR="00563D18" w:rsidRPr="003C6FB8">
        <w:rPr>
          <w:rFonts w:ascii="BIZ UDゴシック" w:eastAsia="BIZ UDゴシック" w:hAnsi="BIZ UDゴシック"/>
          <w:color w:val="FF0000"/>
          <w:sz w:val="24"/>
          <w:szCs w:val="24"/>
          <w:u w:color="000000" w:themeColor="text1"/>
        </w:rPr>
        <w:t>〇〇〇〇</w:t>
      </w:r>
    </w:p>
    <w:p w14:paraId="7AC1E1C4" w14:textId="192412A1" w:rsidR="006A34CE" w:rsidRPr="00DC32EB" w:rsidRDefault="00DC32EB" w:rsidP="001A7B59">
      <w:pPr>
        <w:spacing w:after="0" w:line="440" w:lineRule="exact"/>
        <w:ind w:firstLineChars="500" w:firstLine="1200"/>
        <w:rPr>
          <w:rFonts w:ascii="BIZ UDゴシック" w:eastAsia="BIZ UDゴシック" w:hAnsi="BIZ UDゴシック"/>
          <w:sz w:val="24"/>
          <w:szCs w:val="24"/>
          <w:u w:color="000000" w:themeColor="text1"/>
          <w:lang w:eastAsia="ja-JP"/>
        </w:rPr>
      </w:pP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59264" behindDoc="0" locked="0" layoutInCell="1" allowOverlap="1" wp14:anchorId="290BA9FA" wp14:editId="1EC0A6E2">
                <wp:simplePos x="0" y="0"/>
                <wp:positionH relativeFrom="column">
                  <wp:posOffset>916661</wp:posOffset>
                </wp:positionH>
                <wp:positionV relativeFrom="paragraph">
                  <wp:posOffset>263804</wp:posOffset>
                </wp:positionV>
                <wp:extent cx="4914290" cy="0"/>
                <wp:effectExtent l="38100" t="38100" r="76835" b="95250"/>
                <wp:wrapNone/>
                <wp:docPr id="1230999035" name="直線コネクタ 1"/>
                <wp:cNvGraphicFramePr/>
                <a:graphic xmlns:a="http://schemas.openxmlformats.org/drawingml/2006/main">
                  <a:graphicData uri="http://schemas.microsoft.com/office/word/2010/wordprocessingShape">
                    <wps:wsp>
                      <wps:cNvCnPr/>
                      <wps:spPr>
                        <a:xfrm flipV="1">
                          <a:off x="0" y="0"/>
                          <a:ext cx="491429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196CC"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2pt,20.75pt" to="459.1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" strokecolor="black [3200]" strokeweight=".25pt">
                <v:shadow on="t" color="black" opacity="24903f" origin=",.5" offset="0,.55556mm"/>
              </v:line>
            </w:pict>
          </mc:Fallback>
        </mc:AlternateContent>
      </w:r>
      <w:r w:rsidR="001A7B59" w:rsidRPr="00DC32EB">
        <w:rPr>
          <w:rFonts w:ascii="BIZ UDゴシック" w:eastAsia="BIZ UDゴシック" w:hAnsi="BIZ UDゴシック" w:hint="eastAsia"/>
          <w:sz w:val="24"/>
          <w:szCs w:val="24"/>
          <w:u w:color="000000" w:themeColor="text1"/>
          <w:lang w:eastAsia="ja-JP"/>
        </w:rPr>
        <w:t xml:space="preserve">　　</w:t>
      </w:r>
      <w:r w:rsidR="001A7B59" w:rsidRPr="003C6FB8">
        <w:rPr>
          <w:rFonts w:ascii="BIZ UDゴシック" w:eastAsia="BIZ UDゴシック" w:hAnsi="BIZ UDゴシック" w:hint="eastAsia"/>
          <w:color w:val="FF0000"/>
          <w:sz w:val="24"/>
          <w:szCs w:val="24"/>
          <w:u w:color="000000" w:themeColor="text1"/>
          <w:lang w:eastAsia="ja-JP"/>
        </w:rPr>
        <w:t>宇</w:t>
      </w:r>
      <w:r w:rsidR="00563D18" w:rsidRPr="003C6FB8">
        <w:rPr>
          <w:rFonts w:ascii="BIZ UDゴシック" w:eastAsia="BIZ UDゴシック" w:hAnsi="BIZ UDゴシック"/>
          <w:color w:val="FF0000"/>
          <w:sz w:val="24"/>
          <w:szCs w:val="24"/>
          <w:u w:color="000000" w:themeColor="text1"/>
        </w:rPr>
        <w:t>城市〇〇町</w:t>
      </w:r>
      <w:r w:rsidR="001A7B59" w:rsidRPr="003C6FB8">
        <w:rPr>
          <w:rFonts w:ascii="BIZ UDゴシック" w:eastAsia="BIZ UDゴシック" w:hAnsi="BIZ UDゴシック" w:hint="eastAsia"/>
          <w:color w:val="FF0000"/>
          <w:sz w:val="24"/>
          <w:szCs w:val="24"/>
          <w:u w:color="000000" w:themeColor="text1"/>
          <w:lang w:eastAsia="ja-JP"/>
        </w:rPr>
        <w:t>〇〇</w:t>
      </w:r>
      <w:r w:rsidR="001A7B59" w:rsidRPr="00DC32EB">
        <w:rPr>
          <w:rFonts w:ascii="BIZ UDゴシック" w:eastAsia="BIZ UDゴシック" w:hAnsi="BIZ UDゴシック" w:hint="eastAsia"/>
          <w:sz w:val="24"/>
          <w:szCs w:val="24"/>
          <w:u w:color="000000" w:themeColor="text1"/>
          <w:lang w:eastAsia="ja-JP"/>
        </w:rPr>
        <w:t xml:space="preserve">　　　　　　　　　　　　　　　　　　　　　　　</w:t>
      </w:r>
    </w:p>
    <w:p w14:paraId="7AFF04E0" w14:textId="454BF332" w:rsidR="006A34CE" w:rsidRPr="00547214" w:rsidRDefault="00387C72" w:rsidP="00387C72">
      <w:pPr>
        <w:tabs>
          <w:tab w:val="left" w:pos="5161"/>
          <w:tab w:val="left" w:pos="7027"/>
        </w:tabs>
        <w:spacing w:after="0" w:line="440" w:lineRule="exact"/>
        <w:ind w:firstLineChars="150" w:firstLine="360"/>
        <w:rPr>
          <w:rFonts w:ascii="BIZ UDゴシック" w:eastAsia="BIZ UDゴシック" w:hAnsi="BIZ UDゴシック"/>
          <w:sz w:val="24"/>
          <w:szCs w:val="24"/>
        </w:rPr>
      </w:pP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81792" behindDoc="0" locked="0" layoutInCell="1" allowOverlap="1" wp14:anchorId="0C4274AA" wp14:editId="6D1B595E">
                <wp:simplePos x="0" y="0"/>
                <wp:positionH relativeFrom="column">
                  <wp:posOffset>4086860</wp:posOffset>
                </wp:positionH>
                <wp:positionV relativeFrom="paragraph">
                  <wp:posOffset>272085</wp:posOffset>
                </wp:positionV>
                <wp:extent cx="1187450" cy="0"/>
                <wp:effectExtent l="38100" t="38100" r="69850" b="95250"/>
                <wp:wrapNone/>
                <wp:docPr id="631195522" name="直線コネクタ 1"/>
                <wp:cNvGraphicFramePr/>
                <a:graphic xmlns:a="http://schemas.openxmlformats.org/drawingml/2006/main">
                  <a:graphicData uri="http://schemas.microsoft.com/office/word/2010/wordprocessingShape">
                    <wps:wsp>
                      <wps:cNvCnPr/>
                      <wps:spPr>
                        <a:xfrm flipV="1">
                          <a:off x="0" y="0"/>
                          <a:ext cx="118745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08B8A" id="直線コネクタ 1"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pt,21.4pt" to="415.3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" strokecolor="black [3200]" strokeweight=".25pt">
                <v:shadow on="t" color="black" opacity="24903f" origin=",.5" offset="0,.55556mm"/>
              </v:line>
            </w:pict>
          </mc:Fallback>
        </mc:AlternateContent>
      </w: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79744" behindDoc="0" locked="0" layoutInCell="1" allowOverlap="1" wp14:anchorId="7D813E12" wp14:editId="2539D7A1">
                <wp:simplePos x="0" y="0"/>
                <wp:positionH relativeFrom="column">
                  <wp:posOffset>2589835</wp:posOffset>
                </wp:positionH>
                <wp:positionV relativeFrom="paragraph">
                  <wp:posOffset>257810</wp:posOffset>
                </wp:positionV>
                <wp:extent cx="1187450" cy="0"/>
                <wp:effectExtent l="38100" t="38100" r="69850" b="95250"/>
                <wp:wrapNone/>
                <wp:docPr id="1044547032" name="直線コネクタ 1"/>
                <wp:cNvGraphicFramePr/>
                <a:graphic xmlns:a="http://schemas.openxmlformats.org/drawingml/2006/main">
                  <a:graphicData uri="http://schemas.microsoft.com/office/word/2010/wordprocessingShape">
                    <wps:wsp>
                      <wps:cNvCnPr/>
                      <wps:spPr>
                        <a:xfrm flipV="1">
                          <a:off x="0" y="0"/>
                          <a:ext cx="118745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CC740F" id="直線コネクタ 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9pt,20.3pt" to="297.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" strokecolor="black [3200]" strokeweight=".25pt">
                <v:shadow on="t" color="black" opacity="24903f" origin=",.5" offset="0,.55556mm"/>
              </v:line>
            </w:pict>
          </mc:Fallback>
        </mc:AlternateContent>
      </w: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83840" behindDoc="0" locked="0" layoutInCell="1" allowOverlap="1" wp14:anchorId="463DA357" wp14:editId="313E645F">
                <wp:simplePos x="0" y="0"/>
                <wp:positionH relativeFrom="column">
                  <wp:posOffset>923696</wp:posOffset>
                </wp:positionH>
                <wp:positionV relativeFrom="paragraph">
                  <wp:posOffset>255905</wp:posOffset>
                </wp:positionV>
                <wp:extent cx="1188000" cy="0"/>
                <wp:effectExtent l="38100" t="38100" r="69850" b="95250"/>
                <wp:wrapNone/>
                <wp:docPr id="2061775928" name="直線コネクタ 1"/>
                <wp:cNvGraphicFramePr/>
                <a:graphic xmlns:a="http://schemas.openxmlformats.org/drawingml/2006/main">
                  <a:graphicData uri="http://schemas.microsoft.com/office/word/2010/wordprocessingShape">
                    <wps:wsp>
                      <wps:cNvCnPr/>
                      <wps:spPr>
                        <a:xfrm flipV="1">
                          <a:off x="0" y="0"/>
                          <a:ext cx="118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9DF2D2" id="直線コネクタ 1"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75pt,20.15pt" to="166.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rPr>
        <w:t xml:space="preserve">連絡先 </w:t>
      </w:r>
      <w:r w:rsidR="00DC32EB">
        <w:rPr>
          <w:rFonts w:ascii="BIZ UDゴシック" w:eastAsia="BIZ UDゴシック" w:hAnsi="BIZ UDゴシック" w:hint="eastAsia"/>
          <w:sz w:val="24"/>
          <w:szCs w:val="24"/>
          <w:lang w:eastAsia="ja-JP"/>
        </w:rPr>
        <w:t xml:space="preserve">　</w:t>
      </w:r>
      <w:r>
        <w:rPr>
          <w:rFonts w:ascii="BIZ UDゴシック" w:eastAsia="BIZ UDゴシック" w:hAnsi="BIZ UDゴシック" w:hint="eastAsia"/>
          <w:sz w:val="24"/>
          <w:szCs w:val="24"/>
          <w:lang w:eastAsia="ja-JP"/>
        </w:rPr>
        <w:t xml:space="preserve">　</w:t>
      </w:r>
      <w:r w:rsidR="00DC32EB">
        <w:rPr>
          <w:rFonts w:ascii="BIZ UDゴシック" w:eastAsia="BIZ UDゴシック" w:hAnsi="BIZ UDゴシック" w:hint="eastAsia"/>
          <w:sz w:val="24"/>
          <w:szCs w:val="24"/>
          <w:lang w:eastAsia="ja-JP"/>
        </w:rPr>
        <w:t xml:space="preserve">　</w:t>
      </w:r>
      <w:r w:rsidR="00563D18" w:rsidRPr="003C6FB8">
        <w:rPr>
          <w:rFonts w:ascii="BIZ UDゴシック" w:eastAsia="BIZ UDゴシック" w:hAnsi="BIZ UDゴシック"/>
          <w:color w:val="FF0000"/>
          <w:sz w:val="24"/>
          <w:szCs w:val="24"/>
        </w:rPr>
        <w:t>〇〇〇</w:t>
      </w:r>
      <w:r w:rsidR="00DC32EB">
        <w:rPr>
          <w:rFonts w:ascii="BIZ UDゴシック" w:eastAsia="BIZ UDゴシック" w:hAnsi="BIZ UDゴシック" w:hint="eastAsia"/>
          <w:sz w:val="24"/>
          <w:szCs w:val="24"/>
          <w:lang w:eastAsia="ja-JP"/>
        </w:rPr>
        <w:t xml:space="preserve">　</w:t>
      </w:r>
      <w:r>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rPr>
        <w:t>－</w:t>
      </w:r>
      <w:r w:rsidR="00DC32EB">
        <w:rPr>
          <w:rFonts w:ascii="BIZ UDゴシック" w:eastAsia="BIZ UDゴシック" w:hAnsi="BIZ UDゴシック" w:hint="eastAsia"/>
          <w:sz w:val="24"/>
          <w:szCs w:val="24"/>
          <w:lang w:eastAsia="ja-JP"/>
        </w:rPr>
        <w:t xml:space="preserve">　</w:t>
      </w:r>
      <w:r>
        <w:rPr>
          <w:rFonts w:ascii="BIZ UDゴシック" w:eastAsia="BIZ UDゴシック" w:hAnsi="BIZ UDゴシック" w:hint="eastAsia"/>
          <w:sz w:val="24"/>
          <w:szCs w:val="24"/>
          <w:lang w:eastAsia="ja-JP"/>
        </w:rPr>
        <w:t xml:space="preserve">　</w:t>
      </w:r>
      <w:r w:rsidR="00876EF1">
        <w:rPr>
          <w:rFonts w:ascii="BIZ UDゴシック" w:eastAsia="BIZ UDゴシック" w:hAnsi="BIZ UDゴシック" w:hint="eastAsia"/>
          <w:sz w:val="24"/>
          <w:szCs w:val="24"/>
          <w:lang w:eastAsia="ja-JP"/>
        </w:rPr>
        <w:t xml:space="preserve">  </w:t>
      </w:r>
      <w:r w:rsidR="00563D18" w:rsidRPr="003C6FB8">
        <w:rPr>
          <w:rFonts w:ascii="BIZ UDゴシック" w:eastAsia="BIZ UDゴシック" w:hAnsi="BIZ UDゴシック"/>
          <w:color w:val="FF0000"/>
          <w:sz w:val="24"/>
          <w:szCs w:val="24"/>
        </w:rPr>
        <w:t>〇〇〇</w:t>
      </w:r>
      <w:r w:rsidRPr="003C6FB8">
        <w:rPr>
          <w:rFonts w:ascii="BIZ UDゴシック" w:eastAsia="BIZ UDゴシック" w:hAnsi="BIZ UDゴシック" w:hint="eastAsia"/>
          <w:color w:val="FF0000"/>
          <w:sz w:val="24"/>
          <w:szCs w:val="24"/>
          <w:lang w:eastAsia="ja-JP"/>
        </w:rPr>
        <w:t>〇</w:t>
      </w:r>
      <w:r>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rPr>
        <w:t>－</w:t>
      </w:r>
      <w:r>
        <w:rPr>
          <w:rFonts w:ascii="BIZ UDゴシック" w:eastAsia="BIZ UDゴシック" w:hAnsi="BIZ UDゴシック" w:hint="eastAsia"/>
          <w:sz w:val="24"/>
          <w:szCs w:val="24"/>
          <w:lang w:eastAsia="ja-JP"/>
        </w:rPr>
        <w:t xml:space="preserve">　　</w:t>
      </w:r>
      <w:r w:rsidR="00876EF1">
        <w:rPr>
          <w:rFonts w:ascii="BIZ UDゴシック" w:eastAsia="BIZ UDゴシック" w:hAnsi="BIZ UDゴシック" w:hint="eastAsia"/>
          <w:sz w:val="24"/>
          <w:szCs w:val="24"/>
          <w:lang w:eastAsia="ja-JP"/>
        </w:rPr>
        <w:t xml:space="preserve"> </w:t>
      </w:r>
      <w:r w:rsidR="00563D18" w:rsidRPr="003C6FB8">
        <w:rPr>
          <w:rFonts w:ascii="BIZ UDゴシック" w:eastAsia="BIZ UDゴシック" w:hAnsi="BIZ UDゴシック"/>
          <w:color w:val="FF0000"/>
          <w:sz w:val="24"/>
          <w:szCs w:val="24"/>
        </w:rPr>
        <w:t>〇〇〇〇</w:t>
      </w:r>
      <w:r w:rsidR="00DC32EB">
        <w:rPr>
          <w:rFonts w:ascii="BIZ UDゴシック" w:eastAsia="BIZ UDゴシック" w:hAnsi="BIZ UDゴシック"/>
          <w:sz w:val="24"/>
          <w:szCs w:val="24"/>
        </w:rPr>
        <w:tab/>
      </w:r>
      <w:r>
        <w:rPr>
          <w:rFonts w:ascii="BIZ UDゴシック" w:eastAsia="BIZ UDゴシック" w:hAnsi="BIZ UDゴシック"/>
          <w:sz w:val="24"/>
          <w:szCs w:val="24"/>
        </w:rPr>
        <w:tab/>
      </w:r>
    </w:p>
    <w:p w14:paraId="246AFC23" w14:textId="0AEC459B" w:rsidR="006A34CE" w:rsidRPr="00547214" w:rsidRDefault="00563D18" w:rsidP="001A7B59">
      <w:pPr>
        <w:spacing w:after="0" w:line="440" w:lineRule="exact"/>
        <w:ind w:firstLineChars="150" w:firstLine="360"/>
        <w:rPr>
          <w:rFonts w:ascii="BIZ UDゴシック" w:eastAsia="BIZ UDゴシック" w:hAnsi="BIZ UDゴシック"/>
          <w:sz w:val="24"/>
          <w:szCs w:val="24"/>
          <w:lang w:eastAsia="ja-JP"/>
        </w:rPr>
      </w:pPr>
      <w:r w:rsidRPr="00547214">
        <w:rPr>
          <w:rFonts w:ascii="BIZ UDゴシック" w:eastAsia="BIZ UDゴシック" w:hAnsi="BIZ UDゴシック"/>
          <w:sz w:val="24"/>
          <w:szCs w:val="24"/>
          <w:lang w:eastAsia="ja-JP"/>
        </w:rPr>
        <w:t>※携帯電話番号など常時連絡のとれる電話番号を記入</w:t>
      </w:r>
    </w:p>
    <w:p w14:paraId="3757A0CF" w14:textId="77777777" w:rsidR="006A34CE" w:rsidRPr="00547214" w:rsidRDefault="00563D18" w:rsidP="00014CAF">
      <w:pPr>
        <w:spacing w:after="0" w:line="400" w:lineRule="exact"/>
        <w:rPr>
          <w:rFonts w:ascii="BIZ UDゴシック" w:eastAsia="BIZ UDゴシック" w:hAnsi="BIZ UDゴシック"/>
          <w:sz w:val="24"/>
          <w:szCs w:val="24"/>
        </w:rPr>
      </w:pPr>
      <w:r w:rsidRPr="00547214">
        <w:rPr>
          <w:rFonts w:ascii="BIZ UDゴシック" w:eastAsia="BIZ UDゴシック" w:hAnsi="BIZ UDゴシック"/>
          <w:sz w:val="24"/>
          <w:szCs w:val="24"/>
        </w:rPr>
        <w:t>３ 同意年月日</w:t>
      </w:r>
    </w:p>
    <w:p w14:paraId="37C0F3BA" w14:textId="222865C7" w:rsidR="006A34CE" w:rsidRPr="00547214" w:rsidRDefault="00876EF1" w:rsidP="001A7B59">
      <w:pPr>
        <w:spacing w:after="0" w:line="440" w:lineRule="exact"/>
        <w:ind w:firstLineChars="150" w:firstLine="360"/>
        <w:rPr>
          <w:rFonts w:ascii="BIZ UDゴシック" w:eastAsia="BIZ UDゴシック" w:hAnsi="BIZ UDゴシック"/>
          <w:sz w:val="24"/>
          <w:szCs w:val="24"/>
          <w:lang w:eastAsia="ja-JP"/>
        </w:rPr>
      </w:pP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92032" behindDoc="0" locked="0" layoutInCell="1" allowOverlap="1" wp14:anchorId="7737CDA3" wp14:editId="37E5EDB0">
                <wp:simplePos x="0" y="0"/>
                <wp:positionH relativeFrom="column">
                  <wp:posOffset>-111348</wp:posOffset>
                </wp:positionH>
                <wp:positionV relativeFrom="paragraph">
                  <wp:posOffset>300355</wp:posOffset>
                </wp:positionV>
                <wp:extent cx="6516000" cy="0"/>
                <wp:effectExtent l="38100" t="38100" r="75565" b="95250"/>
                <wp:wrapNone/>
                <wp:docPr id="1555487821" name="直線コネクタ 1"/>
                <wp:cNvGraphicFramePr/>
                <a:graphic xmlns:a="http://schemas.openxmlformats.org/drawingml/2006/main">
                  <a:graphicData uri="http://schemas.microsoft.com/office/word/2010/wordprocessingShape">
                    <wps:wsp>
                      <wps:cNvCnPr/>
                      <wps:spPr>
                        <a:xfrm flipV="1">
                          <a:off x="0" y="0"/>
                          <a:ext cx="6516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732A2" id="直線コネクタ 1"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pt,23.65pt" to="504.3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" strokecolor="black [3200]" strokeweight=".25pt">
                <v:shadow on="t" color="black" opacity="24903f" origin=",.5" offset="0,.55556mm"/>
              </v:line>
            </w:pict>
          </mc:Fallback>
        </mc:AlternateContent>
      </w:r>
      <w:r w:rsidR="00387C72"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89984" behindDoc="0" locked="0" layoutInCell="1" allowOverlap="1" wp14:anchorId="0C003457" wp14:editId="3E66B01A">
                <wp:simplePos x="0" y="0"/>
                <wp:positionH relativeFrom="column">
                  <wp:posOffset>1455725</wp:posOffset>
                </wp:positionH>
                <wp:positionV relativeFrom="paragraph">
                  <wp:posOffset>242290</wp:posOffset>
                </wp:positionV>
                <wp:extent cx="288000" cy="0"/>
                <wp:effectExtent l="38100" t="38100" r="74295" b="95250"/>
                <wp:wrapNone/>
                <wp:docPr id="245001304" name="直線コネクタ 1"/>
                <wp:cNvGraphicFramePr/>
                <a:graphic xmlns:a="http://schemas.openxmlformats.org/drawingml/2006/main">
                  <a:graphicData uri="http://schemas.microsoft.com/office/word/2010/wordprocessingShape">
                    <wps:wsp>
                      <wps:cNvCnPr/>
                      <wps:spPr>
                        <a:xfrm flipV="1">
                          <a:off x="0" y="0"/>
                          <a:ext cx="28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EA8F3E" id="直線コネクタ 1"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6pt,19.1pt" to="137.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" strokecolor="black [3200]" strokeweight=".25pt">
                <v:shadow on="t" color="black" opacity="24903f" origin=",.5" offset="0,.55556mm"/>
              </v:line>
            </w:pict>
          </mc:Fallback>
        </mc:AlternateContent>
      </w:r>
      <w:r w:rsidR="00387C72"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87936" behindDoc="0" locked="0" layoutInCell="1" allowOverlap="1" wp14:anchorId="4E9DD4BB" wp14:editId="27E6CDA3">
                <wp:simplePos x="0" y="0"/>
                <wp:positionH relativeFrom="column">
                  <wp:posOffset>965606</wp:posOffset>
                </wp:positionH>
                <wp:positionV relativeFrom="paragraph">
                  <wp:posOffset>245237</wp:posOffset>
                </wp:positionV>
                <wp:extent cx="288000" cy="0"/>
                <wp:effectExtent l="38100" t="38100" r="74295" b="95250"/>
                <wp:wrapNone/>
                <wp:docPr id="237758799" name="直線コネクタ 1"/>
                <wp:cNvGraphicFramePr/>
                <a:graphic xmlns:a="http://schemas.openxmlformats.org/drawingml/2006/main">
                  <a:graphicData uri="http://schemas.microsoft.com/office/word/2010/wordprocessingShape">
                    <wps:wsp>
                      <wps:cNvCnPr/>
                      <wps:spPr>
                        <a:xfrm flipV="1">
                          <a:off x="0" y="0"/>
                          <a:ext cx="28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6B2DBA" id="直線コネクタ 1"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05pt,19.3pt" to="98.7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" strokecolor="black [3200]" strokeweight=".25pt">
                <v:shadow on="t" color="black" opacity="24903f" origin=",.5" offset="0,.55556mm"/>
              </v:line>
            </w:pict>
          </mc:Fallback>
        </mc:AlternateContent>
      </w:r>
      <w:r w:rsidR="00387C72"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85888" behindDoc="0" locked="0" layoutInCell="1" allowOverlap="1" wp14:anchorId="15F18EB7" wp14:editId="0DF8E1D3">
                <wp:simplePos x="0" y="0"/>
                <wp:positionH relativeFrom="column">
                  <wp:posOffset>557479</wp:posOffset>
                </wp:positionH>
                <wp:positionV relativeFrom="paragraph">
                  <wp:posOffset>234975</wp:posOffset>
                </wp:positionV>
                <wp:extent cx="288000" cy="0"/>
                <wp:effectExtent l="38100" t="38100" r="74295" b="95250"/>
                <wp:wrapNone/>
                <wp:docPr id="1455540563" name="直線コネクタ 1"/>
                <wp:cNvGraphicFramePr/>
                <a:graphic xmlns:a="http://schemas.openxmlformats.org/drawingml/2006/main">
                  <a:graphicData uri="http://schemas.microsoft.com/office/word/2010/wordprocessingShape">
                    <wps:wsp>
                      <wps:cNvCnPr/>
                      <wps:spPr>
                        <a:xfrm flipV="1">
                          <a:off x="0" y="0"/>
                          <a:ext cx="28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4029DB" id="直線コネクタ 1"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pt,18.5pt" to="66.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lang w:eastAsia="ja-JP"/>
        </w:rPr>
        <w:t xml:space="preserve">令和 </w:t>
      </w:r>
      <w:r w:rsidR="00563D18" w:rsidRPr="003C6FB8">
        <w:rPr>
          <w:rFonts w:ascii="BIZ UDゴシック" w:eastAsia="BIZ UDゴシック" w:hAnsi="BIZ UDゴシック"/>
          <w:color w:val="FF0000"/>
          <w:sz w:val="24"/>
          <w:szCs w:val="24"/>
          <w:lang w:eastAsia="ja-JP"/>
        </w:rPr>
        <w:t xml:space="preserve">７ </w:t>
      </w:r>
      <w:r w:rsidR="00563D18" w:rsidRPr="00547214">
        <w:rPr>
          <w:rFonts w:ascii="BIZ UDゴシック" w:eastAsia="BIZ UDゴシック" w:hAnsi="BIZ UDゴシック"/>
          <w:sz w:val="24"/>
          <w:szCs w:val="24"/>
          <w:lang w:eastAsia="ja-JP"/>
        </w:rPr>
        <w:t xml:space="preserve">年 </w:t>
      </w:r>
      <w:r w:rsidR="00563D18" w:rsidRPr="003C6FB8">
        <w:rPr>
          <w:rFonts w:ascii="BIZ UDゴシック" w:eastAsia="BIZ UDゴシック" w:hAnsi="BIZ UDゴシック"/>
          <w:color w:val="FF0000"/>
          <w:sz w:val="24"/>
          <w:szCs w:val="24"/>
          <w:lang w:eastAsia="ja-JP"/>
        </w:rPr>
        <w:t>〇</w:t>
      </w:r>
      <w:r w:rsidR="00563D18" w:rsidRPr="00547214">
        <w:rPr>
          <w:rFonts w:ascii="BIZ UDゴシック" w:eastAsia="BIZ UDゴシック" w:hAnsi="BIZ UDゴシック"/>
          <w:sz w:val="24"/>
          <w:szCs w:val="24"/>
          <w:lang w:eastAsia="ja-JP"/>
        </w:rPr>
        <w:t xml:space="preserve"> 月 </w:t>
      </w:r>
      <w:r w:rsidR="00563D18" w:rsidRPr="003C6FB8">
        <w:rPr>
          <w:rFonts w:ascii="BIZ UDゴシック" w:eastAsia="BIZ UDゴシック" w:hAnsi="BIZ UDゴシック"/>
          <w:color w:val="FF0000"/>
          <w:sz w:val="24"/>
          <w:szCs w:val="24"/>
          <w:lang w:eastAsia="ja-JP"/>
        </w:rPr>
        <w:t>〇</w:t>
      </w:r>
      <w:r w:rsidR="00563D18" w:rsidRPr="00547214">
        <w:rPr>
          <w:rFonts w:ascii="BIZ UDゴシック" w:eastAsia="BIZ UDゴシック" w:hAnsi="BIZ UDゴシック"/>
          <w:sz w:val="24"/>
          <w:szCs w:val="24"/>
          <w:lang w:eastAsia="ja-JP"/>
        </w:rPr>
        <w:t xml:space="preserve"> 日</w:t>
      </w:r>
    </w:p>
    <w:p w14:paraId="6F6CB82D" w14:textId="2B276A5E" w:rsidR="006A34CE" w:rsidRPr="001A7B59" w:rsidRDefault="00563D18" w:rsidP="00014CAF">
      <w:pPr>
        <w:spacing w:beforeLines="50" w:before="120" w:after="0" w:line="440" w:lineRule="exact"/>
        <w:jc w:val="center"/>
        <w:rPr>
          <w:lang w:eastAsia="ja-JP"/>
        </w:rPr>
      </w:pPr>
      <w:r w:rsidRPr="00547214">
        <w:rPr>
          <w:rFonts w:ascii="BIZ UDゴシック" w:eastAsia="BIZ UDゴシック" w:hAnsi="BIZ UDゴシック"/>
          <w:sz w:val="24"/>
          <w:szCs w:val="24"/>
          <w:lang w:eastAsia="ja-JP"/>
        </w:rPr>
        <w:t>災害ボランティア活動参加同意書</w:t>
      </w:r>
    </w:p>
    <w:p w14:paraId="38E29185" w14:textId="1C4CD105" w:rsidR="006A34CE" w:rsidRPr="00547214" w:rsidRDefault="003C6FB8" w:rsidP="001A7B59">
      <w:pPr>
        <w:spacing w:after="0" w:line="440" w:lineRule="exact"/>
        <w:rPr>
          <w:rFonts w:ascii="BIZ UDゴシック" w:eastAsia="BIZ UDゴシック" w:hAnsi="BIZ UDゴシック"/>
          <w:sz w:val="24"/>
          <w:szCs w:val="24"/>
          <w:lang w:eastAsia="ja-JP"/>
        </w:rPr>
      </w:pP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26848" behindDoc="0" locked="0" layoutInCell="1" allowOverlap="1" wp14:anchorId="3A09A389" wp14:editId="193BC4AD">
                <wp:simplePos x="0" y="0"/>
                <wp:positionH relativeFrom="column">
                  <wp:posOffset>-94392</wp:posOffset>
                </wp:positionH>
                <wp:positionV relativeFrom="paragraph">
                  <wp:posOffset>256540</wp:posOffset>
                </wp:positionV>
                <wp:extent cx="612000" cy="0"/>
                <wp:effectExtent l="38100" t="38100" r="74295" b="95250"/>
                <wp:wrapNone/>
                <wp:docPr id="1643464581" name="直線コネクタ 1"/>
                <wp:cNvGraphicFramePr/>
                <a:graphic xmlns:a="http://schemas.openxmlformats.org/drawingml/2006/main">
                  <a:graphicData uri="http://schemas.microsoft.com/office/word/2010/wordprocessingShape">
                    <wps:wsp>
                      <wps:cNvCnPr/>
                      <wps:spPr>
                        <a:xfrm flipV="1">
                          <a:off x="0" y="0"/>
                          <a:ext cx="612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429BE" id="直線コネクタ 1"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5pt,20.2pt" to="40.7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lang w:eastAsia="ja-JP"/>
        </w:rPr>
        <w:t>宇城市 災害ボランティアセンター様</w:t>
      </w:r>
    </w:p>
    <w:p w14:paraId="66F57DB2" w14:textId="3ED4BDC6" w:rsidR="006A34CE" w:rsidRPr="00547214" w:rsidRDefault="00876EF1" w:rsidP="001A7B59">
      <w:pPr>
        <w:spacing w:after="0" w:line="440" w:lineRule="exact"/>
        <w:rPr>
          <w:rFonts w:ascii="BIZ UDゴシック" w:eastAsia="BIZ UDゴシック" w:hAnsi="BIZ UDゴシック"/>
          <w:sz w:val="24"/>
          <w:szCs w:val="24"/>
        </w:rPr>
      </w:pP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94080" behindDoc="0" locked="0" layoutInCell="1" allowOverlap="1" wp14:anchorId="210DC05A" wp14:editId="29E5B963">
                <wp:simplePos x="0" y="0"/>
                <wp:positionH relativeFrom="column">
                  <wp:posOffset>198755</wp:posOffset>
                </wp:positionH>
                <wp:positionV relativeFrom="paragraph">
                  <wp:posOffset>243205</wp:posOffset>
                </wp:positionV>
                <wp:extent cx="612000" cy="0"/>
                <wp:effectExtent l="38100" t="38100" r="74295" b="95250"/>
                <wp:wrapNone/>
                <wp:docPr id="108595033" name="直線コネクタ 1"/>
                <wp:cNvGraphicFramePr/>
                <a:graphic xmlns:a="http://schemas.openxmlformats.org/drawingml/2006/main">
                  <a:graphicData uri="http://schemas.microsoft.com/office/word/2010/wordprocessingShape">
                    <wps:wsp>
                      <wps:cNvCnPr/>
                      <wps:spPr>
                        <a:xfrm flipV="1">
                          <a:off x="0" y="0"/>
                          <a:ext cx="612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24312" id="直線コネクタ 1"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5pt,19.15pt" to="63.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rPr>
        <w:t xml:space="preserve">（ </w:t>
      </w:r>
      <w:r>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rPr>
        <w:t>宇城市 社会福祉協議会様）</w:t>
      </w:r>
    </w:p>
    <w:p w14:paraId="72E40275" w14:textId="629424D7" w:rsidR="006A34CE" w:rsidRPr="00547214" w:rsidRDefault="00563D18" w:rsidP="001A7B59">
      <w:pPr>
        <w:spacing w:after="0" w:line="440" w:lineRule="exact"/>
        <w:rPr>
          <w:rFonts w:ascii="BIZ UDゴシック" w:eastAsia="BIZ UDゴシック" w:hAnsi="BIZ UDゴシック"/>
          <w:sz w:val="24"/>
          <w:szCs w:val="24"/>
          <w:lang w:eastAsia="ja-JP"/>
        </w:rPr>
      </w:pPr>
      <w:r w:rsidRPr="00547214">
        <w:rPr>
          <w:rFonts w:ascii="BIZ UDゴシック" w:eastAsia="BIZ UDゴシック" w:hAnsi="BIZ UDゴシック"/>
          <w:sz w:val="24"/>
          <w:szCs w:val="24"/>
          <w:lang w:eastAsia="ja-JP"/>
        </w:rPr>
        <w:t>災害救援ボランティア活動への参加について下記のとおり同意します。</w:t>
      </w:r>
    </w:p>
    <w:p w14:paraId="303F38D1" w14:textId="24653146" w:rsidR="006A34CE" w:rsidRPr="00547214" w:rsidRDefault="00563D18" w:rsidP="001A7B59">
      <w:pPr>
        <w:spacing w:after="0" w:line="440" w:lineRule="exact"/>
        <w:jc w:val="center"/>
        <w:rPr>
          <w:rFonts w:ascii="BIZ UDゴシック" w:eastAsia="BIZ UDゴシック" w:hAnsi="BIZ UDゴシック"/>
          <w:sz w:val="24"/>
          <w:szCs w:val="24"/>
        </w:rPr>
      </w:pPr>
      <w:r w:rsidRPr="00547214">
        <w:rPr>
          <w:rFonts w:ascii="BIZ UDゴシック" w:eastAsia="BIZ UDゴシック" w:hAnsi="BIZ UDゴシック"/>
          <w:sz w:val="24"/>
          <w:szCs w:val="24"/>
        </w:rPr>
        <w:t>記</w:t>
      </w:r>
    </w:p>
    <w:p w14:paraId="04737C93" w14:textId="231A2AC1" w:rsidR="006A34CE" w:rsidRPr="00547214" w:rsidRDefault="00563D18" w:rsidP="001A7B59">
      <w:pPr>
        <w:spacing w:after="0" w:line="440" w:lineRule="exact"/>
        <w:rPr>
          <w:rFonts w:ascii="BIZ UDゴシック" w:eastAsia="BIZ UDゴシック" w:hAnsi="BIZ UDゴシック"/>
          <w:sz w:val="24"/>
          <w:szCs w:val="24"/>
        </w:rPr>
      </w:pPr>
      <w:r w:rsidRPr="00547214">
        <w:rPr>
          <w:rFonts w:ascii="BIZ UDゴシック" w:eastAsia="BIZ UDゴシック" w:hAnsi="BIZ UDゴシック"/>
          <w:sz w:val="24"/>
          <w:szCs w:val="24"/>
        </w:rPr>
        <w:t>１ 参加者</w:t>
      </w:r>
    </w:p>
    <w:p w14:paraId="5D7ED44A" w14:textId="36A73A8F" w:rsidR="006A34CE" w:rsidRPr="00547214" w:rsidRDefault="00CF1294" w:rsidP="001A7B59">
      <w:pPr>
        <w:spacing w:after="0" w:line="440" w:lineRule="exact"/>
        <w:ind w:firstLineChars="150" w:firstLine="360"/>
        <w:rPr>
          <w:rFonts w:ascii="BIZ UDゴシック" w:eastAsia="BIZ UDゴシック" w:hAnsi="BIZ UDゴシック"/>
          <w:sz w:val="24"/>
          <w:szCs w:val="24"/>
          <w:lang w:eastAsia="ja-JP"/>
        </w:rPr>
      </w:pPr>
      <w:r>
        <w:rPr>
          <w:rFonts w:ascii="BIZ UDゴシック" w:eastAsia="BIZ UDゴシック" w:hAnsi="BIZ UDゴシック"/>
          <w:noProof/>
          <w:sz w:val="24"/>
          <w:szCs w:val="24"/>
        </w:rPr>
        <mc:AlternateContent>
          <mc:Choice Requires="wps">
            <w:drawing>
              <wp:anchor distT="0" distB="0" distL="114300" distR="114300" simplePos="0" relativeHeight="251734016" behindDoc="0" locked="0" layoutInCell="1" allowOverlap="1" wp14:anchorId="5135C418" wp14:editId="056FD1F8">
                <wp:simplePos x="0" y="0"/>
                <wp:positionH relativeFrom="column">
                  <wp:posOffset>4988560</wp:posOffset>
                </wp:positionH>
                <wp:positionV relativeFrom="paragraph">
                  <wp:posOffset>10383</wp:posOffset>
                </wp:positionV>
                <wp:extent cx="242570" cy="281305"/>
                <wp:effectExtent l="0" t="0" r="5080" b="4445"/>
                <wp:wrapNone/>
                <wp:docPr id="70553948" name="テキスト ボックス 2"/>
                <wp:cNvGraphicFramePr/>
                <a:graphic xmlns:a="http://schemas.openxmlformats.org/drawingml/2006/main">
                  <a:graphicData uri="http://schemas.microsoft.com/office/word/2010/wordprocessingShape">
                    <wps:wsp>
                      <wps:cNvSpPr txBox="1"/>
                      <wps:spPr>
                        <a:xfrm>
                          <a:off x="0" y="0"/>
                          <a:ext cx="242570" cy="281305"/>
                        </a:xfrm>
                        <a:prstGeom prst="rect">
                          <a:avLst/>
                        </a:prstGeom>
                        <a:solidFill>
                          <a:schemeClr val="lt1"/>
                        </a:solidFill>
                        <a:ln w="6350">
                          <a:noFill/>
                        </a:ln>
                      </wps:spPr>
                      <wps:txbx>
                        <w:txbxContent>
                          <w:p w14:paraId="62050010" w14:textId="5285A2EF" w:rsidR="0052660F" w:rsidRDefault="0052660F" w:rsidP="0052660F">
                            <w:pPr>
                              <w:rPr>
                                <w:lang w:eastAsia="ja-JP"/>
                              </w:rPr>
                            </w:pPr>
                            <w:r>
                              <w:rPr>
                                <w:rFonts w:ascii="BIZ UDゴシック" w:eastAsia="BIZ UDゴシック" w:hAnsi="BIZ UDゴシック" w:hint="eastAsia"/>
                                <w:sz w:val="24"/>
                                <w:szCs w:val="24"/>
                                <w:lang w:eastAsia="ja-JP"/>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35C418" id="_x0000_t202" coordsize="21600,21600" o:spt="202" path="m,l,21600r21600,l21600,xe">
                <v:stroke joinstyle="miter"/>
                <v:path gradientshapeok="t" o:connecttype="rect"/>
              </v:shapetype>
              <v:shape id="テキスト ボックス 2" o:spid="_x0000_s1026" type="#_x0000_t202" style="position:absolute;left:0;text-align:left;margin-left:392.8pt;margin-top:.8pt;width:19.1pt;height:22.1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" fillcolor="white [3201]" stroked="f" strokeweight=".5pt">
                <v:textbox>
                  <w:txbxContent>
                    <w:p w14:paraId="62050010" w14:textId="5285A2EF" w:rsidR="0052660F" w:rsidRDefault="0052660F" w:rsidP="0052660F">
                      <w:pPr>
                        <w:rPr>
                          <w:lang w:eastAsia="ja-JP"/>
                        </w:rPr>
                      </w:pPr>
                      <w:r>
                        <w:rPr>
                          <w:rFonts w:ascii="BIZ UDゴシック" w:eastAsia="BIZ UDゴシック" w:hAnsi="BIZ UDゴシック" w:hint="eastAsia"/>
                          <w:sz w:val="24"/>
                          <w:szCs w:val="24"/>
                          <w:lang w:eastAsia="ja-JP"/>
                        </w:rPr>
                        <w:t>日</w:t>
                      </w:r>
                    </w:p>
                  </w:txbxContent>
                </v:textbox>
              </v:shape>
            </w:pict>
          </mc:Fallback>
        </mc:AlternateContent>
      </w: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54496" behindDoc="0" locked="0" layoutInCell="1" allowOverlap="1" wp14:anchorId="7181EEA2" wp14:editId="7B4003CC">
                <wp:simplePos x="0" y="0"/>
                <wp:positionH relativeFrom="column">
                  <wp:posOffset>4679092</wp:posOffset>
                </wp:positionH>
                <wp:positionV relativeFrom="paragraph">
                  <wp:posOffset>250825</wp:posOffset>
                </wp:positionV>
                <wp:extent cx="395605" cy="0"/>
                <wp:effectExtent l="38100" t="38100" r="61595" b="95250"/>
                <wp:wrapNone/>
                <wp:docPr id="650044230" name="直線コネクタ 1"/>
                <wp:cNvGraphicFramePr/>
                <a:graphic xmlns:a="http://schemas.openxmlformats.org/drawingml/2006/main">
                  <a:graphicData uri="http://schemas.microsoft.com/office/word/2010/wordprocessingShape">
                    <wps:wsp>
                      <wps:cNvCnPr/>
                      <wps:spPr>
                        <a:xfrm flipV="1">
                          <a:off x="0" y="0"/>
                          <a:ext cx="39560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7F7F1" id="直線コネクタ 1"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45pt,19.75pt" to="399.6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" strokecolor="black [3200]" strokeweight=".25pt">
                <v:shadow on="t" color="black" opacity="24903f" origin=",.5" offset="0,.55556mm"/>
              </v:line>
            </w:pict>
          </mc:Fallback>
        </mc:AlternateContent>
      </w:r>
      <w:r>
        <w:rPr>
          <w:rFonts w:ascii="BIZ UDゴシック" w:eastAsia="BIZ UDゴシック" w:hAnsi="BIZ UDゴシック"/>
          <w:noProof/>
          <w:sz w:val="24"/>
          <w:szCs w:val="24"/>
        </w:rPr>
        <mc:AlternateContent>
          <mc:Choice Requires="wps">
            <w:drawing>
              <wp:anchor distT="0" distB="0" distL="114300" distR="114300" simplePos="0" relativeHeight="251731968" behindDoc="0" locked="0" layoutInCell="1" allowOverlap="1" wp14:anchorId="1E156B1B" wp14:editId="51909705">
                <wp:simplePos x="0" y="0"/>
                <wp:positionH relativeFrom="column">
                  <wp:posOffset>4362227</wp:posOffset>
                </wp:positionH>
                <wp:positionV relativeFrom="paragraph">
                  <wp:posOffset>12065</wp:posOffset>
                </wp:positionV>
                <wp:extent cx="257175" cy="281305"/>
                <wp:effectExtent l="0" t="0" r="9525" b="4445"/>
                <wp:wrapNone/>
                <wp:docPr id="161895859" name="テキスト ボックス 2"/>
                <wp:cNvGraphicFramePr/>
                <a:graphic xmlns:a="http://schemas.openxmlformats.org/drawingml/2006/main">
                  <a:graphicData uri="http://schemas.microsoft.com/office/word/2010/wordprocessingShape">
                    <wps:wsp>
                      <wps:cNvSpPr txBox="1"/>
                      <wps:spPr>
                        <a:xfrm>
                          <a:off x="0" y="0"/>
                          <a:ext cx="257175" cy="281305"/>
                        </a:xfrm>
                        <a:prstGeom prst="rect">
                          <a:avLst/>
                        </a:prstGeom>
                        <a:solidFill>
                          <a:schemeClr val="lt1"/>
                        </a:solidFill>
                        <a:ln w="6350">
                          <a:noFill/>
                        </a:ln>
                      </wps:spPr>
                      <wps:txbx>
                        <w:txbxContent>
                          <w:p w14:paraId="7007A836" w14:textId="39839078" w:rsidR="0052660F" w:rsidRDefault="0052660F" w:rsidP="0052660F">
                            <w:pPr>
                              <w:rPr>
                                <w:lang w:eastAsia="ja-JP"/>
                              </w:rPr>
                            </w:pPr>
                            <w:r>
                              <w:rPr>
                                <w:rFonts w:ascii="BIZ UDゴシック" w:eastAsia="BIZ UDゴシック" w:hAnsi="BIZ UDゴシック" w:hint="eastAsia"/>
                                <w:sz w:val="24"/>
                                <w:szCs w:val="24"/>
                                <w:lang w:eastAsia="ja-JP"/>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156B1B" id="_x0000_s1027" type="#_x0000_t202" style="position:absolute;left:0;text-align:left;margin-left:343.5pt;margin-top:.95pt;width:20.25pt;height:22.1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" fillcolor="white [3201]" stroked="f" strokeweight=".5pt">
                <v:textbox>
                  <w:txbxContent>
                    <w:p w14:paraId="7007A836" w14:textId="39839078" w:rsidR="0052660F" w:rsidRDefault="0052660F" w:rsidP="0052660F">
                      <w:pPr>
                        <w:rPr>
                          <w:lang w:eastAsia="ja-JP"/>
                        </w:rPr>
                      </w:pPr>
                      <w:r>
                        <w:rPr>
                          <w:rFonts w:ascii="BIZ UDゴシック" w:eastAsia="BIZ UDゴシック" w:hAnsi="BIZ UDゴシック" w:hint="eastAsia"/>
                          <w:sz w:val="24"/>
                          <w:szCs w:val="24"/>
                          <w:lang w:eastAsia="ja-JP"/>
                        </w:rPr>
                        <w:t>月</w:t>
                      </w:r>
                    </w:p>
                  </w:txbxContent>
                </v:textbox>
              </v:shape>
            </w:pict>
          </mc:Fallback>
        </mc:AlternateContent>
      </w: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52448" behindDoc="0" locked="0" layoutInCell="1" allowOverlap="1" wp14:anchorId="6B29AD04" wp14:editId="310CEA70">
                <wp:simplePos x="0" y="0"/>
                <wp:positionH relativeFrom="column">
                  <wp:posOffset>4001547</wp:posOffset>
                </wp:positionH>
                <wp:positionV relativeFrom="paragraph">
                  <wp:posOffset>253365</wp:posOffset>
                </wp:positionV>
                <wp:extent cx="395605" cy="0"/>
                <wp:effectExtent l="38100" t="38100" r="61595" b="95250"/>
                <wp:wrapNone/>
                <wp:docPr id="6907274" name="直線コネクタ 1"/>
                <wp:cNvGraphicFramePr/>
                <a:graphic xmlns:a="http://schemas.openxmlformats.org/drawingml/2006/main">
                  <a:graphicData uri="http://schemas.microsoft.com/office/word/2010/wordprocessingShape">
                    <wps:wsp>
                      <wps:cNvCnPr/>
                      <wps:spPr>
                        <a:xfrm flipV="1">
                          <a:off x="0" y="0"/>
                          <a:ext cx="39560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9C4DB0" id="直線コネクタ 1"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1pt,19.95pt" to="346.2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" strokecolor="black [3200]" strokeweight=".25pt">
                <v:shadow on="t" color="black" opacity="24903f" origin=",.5" offset="0,.55556mm"/>
              </v:line>
            </w:pict>
          </mc:Fallback>
        </mc:AlternateContent>
      </w:r>
      <w:r>
        <w:rPr>
          <w:rFonts w:ascii="BIZ UDゴシック" w:eastAsia="BIZ UDゴシック" w:hAnsi="BIZ UDゴシック"/>
          <w:noProof/>
          <w:sz w:val="24"/>
          <w:szCs w:val="24"/>
        </w:rPr>
        <mc:AlternateContent>
          <mc:Choice Requires="wps">
            <w:drawing>
              <wp:anchor distT="0" distB="0" distL="114300" distR="114300" simplePos="0" relativeHeight="251750400" behindDoc="0" locked="0" layoutInCell="1" allowOverlap="1" wp14:anchorId="4AB0F971" wp14:editId="2B526672">
                <wp:simplePos x="0" y="0"/>
                <wp:positionH relativeFrom="column">
                  <wp:posOffset>3699922</wp:posOffset>
                </wp:positionH>
                <wp:positionV relativeFrom="paragraph">
                  <wp:posOffset>635</wp:posOffset>
                </wp:positionV>
                <wp:extent cx="252730" cy="281305"/>
                <wp:effectExtent l="0" t="0" r="0" b="4445"/>
                <wp:wrapNone/>
                <wp:docPr id="820675502" name="テキスト ボックス 2"/>
                <wp:cNvGraphicFramePr/>
                <a:graphic xmlns:a="http://schemas.openxmlformats.org/drawingml/2006/main">
                  <a:graphicData uri="http://schemas.microsoft.com/office/word/2010/wordprocessingShape">
                    <wps:wsp>
                      <wps:cNvSpPr txBox="1"/>
                      <wps:spPr>
                        <a:xfrm>
                          <a:off x="0" y="0"/>
                          <a:ext cx="252730" cy="281305"/>
                        </a:xfrm>
                        <a:prstGeom prst="rect">
                          <a:avLst/>
                        </a:prstGeom>
                        <a:noFill/>
                        <a:ln w="6350">
                          <a:noFill/>
                        </a:ln>
                      </wps:spPr>
                      <wps:txbx>
                        <w:txbxContent>
                          <w:p w14:paraId="559F00D3" w14:textId="77777777" w:rsidR="0052660F" w:rsidRDefault="0052660F" w:rsidP="0052660F">
                            <w:r w:rsidRPr="00547214">
                              <w:rPr>
                                <w:rFonts w:ascii="BIZ UDゴシック" w:eastAsia="BIZ UDゴシック" w:hAnsi="BIZ UDゴシック"/>
                                <w:sz w:val="24"/>
                                <w:szCs w:val="24"/>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B0F971" id="_x0000_s1028" type="#_x0000_t202" style="position:absolute;left:0;text-align:left;margin-left:291.35pt;margin-top:.05pt;width:19.9pt;height:22.1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" filled="f" stroked="f" strokeweight=".5pt">
                <v:textbox>
                  <w:txbxContent>
                    <w:p w14:paraId="559F00D3" w14:textId="77777777" w:rsidR="0052660F" w:rsidRDefault="0052660F" w:rsidP="0052660F">
                      <w:r w:rsidRPr="00547214">
                        <w:rPr>
                          <w:rFonts w:ascii="BIZ UDゴシック" w:eastAsia="BIZ UDゴシック" w:hAnsi="BIZ UDゴシック"/>
                          <w:sz w:val="24"/>
                          <w:szCs w:val="24"/>
                        </w:rPr>
                        <w:t>年</w:t>
                      </w:r>
                    </w:p>
                  </w:txbxContent>
                </v:textbox>
              </v:shape>
            </w:pict>
          </mc:Fallback>
        </mc:AlternateContent>
      </w:r>
      <w:r>
        <w:rPr>
          <w:rFonts w:ascii="BIZ UDゴシック" w:eastAsia="BIZ UDゴシック" w:hAnsi="BIZ UDゴシック"/>
          <w:noProof/>
          <w:sz w:val="24"/>
          <w:szCs w:val="24"/>
        </w:rPr>
        <mc:AlternateContent>
          <mc:Choice Requires="wps">
            <w:drawing>
              <wp:anchor distT="0" distB="0" distL="114300" distR="114300" simplePos="0" relativeHeight="251772928" behindDoc="0" locked="0" layoutInCell="1" allowOverlap="1" wp14:anchorId="5DCB7E7D" wp14:editId="6F3D0537">
                <wp:simplePos x="0" y="0"/>
                <wp:positionH relativeFrom="column">
                  <wp:posOffset>2040667</wp:posOffset>
                </wp:positionH>
                <wp:positionV relativeFrom="paragraph">
                  <wp:posOffset>14605</wp:posOffset>
                </wp:positionV>
                <wp:extent cx="807522" cy="281305"/>
                <wp:effectExtent l="0" t="0" r="0" b="4445"/>
                <wp:wrapNone/>
                <wp:docPr id="1981491298" name="テキスト ボックス 2"/>
                <wp:cNvGraphicFramePr/>
                <a:graphic xmlns:a="http://schemas.openxmlformats.org/drawingml/2006/main">
                  <a:graphicData uri="http://schemas.microsoft.com/office/word/2010/wordprocessingShape">
                    <wps:wsp>
                      <wps:cNvSpPr txBox="1"/>
                      <wps:spPr>
                        <a:xfrm>
                          <a:off x="0" y="0"/>
                          <a:ext cx="807522" cy="281305"/>
                        </a:xfrm>
                        <a:prstGeom prst="rect">
                          <a:avLst/>
                        </a:prstGeom>
                        <a:noFill/>
                        <a:ln w="6350">
                          <a:noFill/>
                        </a:ln>
                      </wps:spPr>
                      <wps:txbx>
                        <w:txbxContent>
                          <w:p w14:paraId="13664AF9" w14:textId="7BDF6855" w:rsidR="00CF1294" w:rsidRDefault="00CF1294" w:rsidP="00CF1294">
                            <w:pPr>
                              <w:rPr>
                                <w:lang w:eastAsia="ja-JP"/>
                              </w:rPr>
                            </w:pPr>
                            <w:r>
                              <w:rPr>
                                <w:rFonts w:ascii="BIZ UDゴシック" w:eastAsia="BIZ UDゴシック" w:hAnsi="BIZ UDゴシック" w:hint="eastAsia"/>
                                <w:sz w:val="24"/>
                                <w:szCs w:val="24"/>
                                <w:lang w:eastAsia="ja-JP"/>
                              </w:rPr>
                              <w:t>生</w:t>
                            </w:r>
                            <w:r w:rsidRPr="00547214">
                              <w:rPr>
                                <w:rFonts w:ascii="BIZ UDゴシック" w:eastAsia="BIZ UDゴシック" w:hAnsi="BIZ UDゴシック"/>
                                <w:sz w:val="24"/>
                                <w:szCs w:val="24"/>
                              </w:rPr>
                              <w:t>年</w:t>
                            </w:r>
                            <w:r>
                              <w:rPr>
                                <w:rFonts w:ascii="BIZ UDゴシック" w:eastAsia="BIZ UDゴシック" w:hAnsi="BIZ UDゴシック" w:hint="eastAsia"/>
                                <w:sz w:val="24"/>
                                <w:szCs w:val="24"/>
                                <w:lang w:eastAsia="ja-JP"/>
                              </w:rPr>
                              <w:t>月日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CB7E7D" id="_x0000_s1029" type="#_x0000_t202" style="position:absolute;left:0;text-align:left;margin-left:160.7pt;margin-top:1.15pt;width:63.6pt;height:22.15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" filled="f" stroked="f" strokeweight=".5pt">
                <v:textbox>
                  <w:txbxContent>
                    <w:p w14:paraId="13664AF9" w14:textId="7BDF6855" w:rsidR="00CF1294" w:rsidRDefault="00CF1294" w:rsidP="00CF1294">
                      <w:pPr>
                        <w:rPr>
                          <w:lang w:eastAsia="ja-JP"/>
                        </w:rPr>
                      </w:pPr>
                      <w:r>
                        <w:rPr>
                          <w:rFonts w:ascii="BIZ UDゴシック" w:eastAsia="BIZ UDゴシック" w:hAnsi="BIZ UDゴシック" w:hint="eastAsia"/>
                          <w:sz w:val="24"/>
                          <w:szCs w:val="24"/>
                          <w:lang w:eastAsia="ja-JP"/>
                        </w:rPr>
                        <w:t>生</w:t>
                      </w:r>
                      <w:r w:rsidRPr="00547214">
                        <w:rPr>
                          <w:rFonts w:ascii="BIZ UDゴシック" w:eastAsia="BIZ UDゴシック" w:hAnsi="BIZ UDゴシック"/>
                          <w:sz w:val="24"/>
                          <w:szCs w:val="24"/>
                        </w:rPr>
                        <w:t>年</w:t>
                      </w:r>
                      <w:r>
                        <w:rPr>
                          <w:rFonts w:ascii="BIZ UDゴシック" w:eastAsia="BIZ UDゴシック" w:hAnsi="BIZ UDゴシック" w:hint="eastAsia"/>
                          <w:sz w:val="24"/>
                          <w:szCs w:val="24"/>
                          <w:lang w:eastAsia="ja-JP"/>
                        </w:rPr>
                        <w:t>月日</w:t>
                      </w:r>
                    </w:p>
                  </w:txbxContent>
                </v:textbox>
              </v:shape>
            </w:pict>
          </mc:Fallback>
        </mc:AlternateContent>
      </w:r>
      <w:r w:rsidR="003C6FB8"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696128" behindDoc="0" locked="0" layoutInCell="1" allowOverlap="1" wp14:anchorId="59BE017F" wp14:editId="7E352501">
                <wp:simplePos x="0" y="0"/>
                <wp:positionH relativeFrom="column">
                  <wp:posOffset>3375660</wp:posOffset>
                </wp:positionH>
                <wp:positionV relativeFrom="paragraph">
                  <wp:posOffset>241935</wp:posOffset>
                </wp:positionV>
                <wp:extent cx="396000" cy="0"/>
                <wp:effectExtent l="38100" t="38100" r="61595" b="95250"/>
                <wp:wrapNone/>
                <wp:docPr id="62739539" name="直線コネクタ 1"/>
                <wp:cNvGraphicFramePr/>
                <a:graphic xmlns:a="http://schemas.openxmlformats.org/drawingml/2006/main">
                  <a:graphicData uri="http://schemas.microsoft.com/office/word/2010/wordprocessingShape">
                    <wps:wsp>
                      <wps:cNvCnPr/>
                      <wps:spPr>
                        <a:xfrm flipV="1">
                          <a:off x="0" y="0"/>
                          <a:ext cx="396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27C0A6" id="直線コネクタ 1"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8pt,19.05pt" to="297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" strokecolor="black [3200]" strokeweight=".25pt">
                <v:shadow on="t" color="black" opacity="24903f" origin=",.5" offset="0,.55556mm"/>
              </v:line>
            </w:pict>
          </mc:Fallback>
        </mc:AlternateContent>
      </w:r>
      <w:r w:rsidR="003C6FB8"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20704" behindDoc="0" locked="0" layoutInCell="1" allowOverlap="1" wp14:anchorId="030F2306" wp14:editId="340B8BCE">
                <wp:simplePos x="0" y="0"/>
                <wp:positionH relativeFrom="column">
                  <wp:posOffset>2835910</wp:posOffset>
                </wp:positionH>
                <wp:positionV relativeFrom="paragraph">
                  <wp:posOffset>241935</wp:posOffset>
                </wp:positionV>
                <wp:extent cx="468000" cy="0"/>
                <wp:effectExtent l="38100" t="38100" r="65405" b="95250"/>
                <wp:wrapNone/>
                <wp:docPr id="390770557" name="直線コネクタ 1"/>
                <wp:cNvGraphicFramePr/>
                <a:graphic xmlns:a="http://schemas.openxmlformats.org/drawingml/2006/main">
                  <a:graphicData uri="http://schemas.microsoft.com/office/word/2010/wordprocessingShape">
                    <wps:wsp>
                      <wps:cNvCnPr/>
                      <wps:spPr>
                        <a:xfrm flipV="1">
                          <a:off x="0" y="0"/>
                          <a:ext cx="46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19CB7E" id="直線コネクタ 1"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3pt,19.05pt" to="260.1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" strokecolor="black [3200]" strokeweight=".25pt">
                <v:shadow on="t" color="black" opacity="24903f" origin=",.5" offset="0,.55556mm"/>
              </v:line>
            </w:pict>
          </mc:Fallback>
        </mc:AlternateContent>
      </w:r>
      <w:r w:rsidR="003C6FB8"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02272" behindDoc="0" locked="0" layoutInCell="1" allowOverlap="1" wp14:anchorId="4A8F4C98" wp14:editId="5CA30E11">
                <wp:simplePos x="0" y="0"/>
                <wp:positionH relativeFrom="column">
                  <wp:posOffset>687070</wp:posOffset>
                </wp:positionH>
                <wp:positionV relativeFrom="paragraph">
                  <wp:posOffset>241935</wp:posOffset>
                </wp:positionV>
                <wp:extent cx="1332000" cy="0"/>
                <wp:effectExtent l="38100" t="38100" r="59055" b="95250"/>
                <wp:wrapNone/>
                <wp:docPr id="1697595458" name="直線コネクタ 1"/>
                <wp:cNvGraphicFramePr/>
                <a:graphic xmlns:a="http://schemas.openxmlformats.org/drawingml/2006/main">
                  <a:graphicData uri="http://schemas.microsoft.com/office/word/2010/wordprocessingShape">
                    <wps:wsp>
                      <wps:cNvCnPr/>
                      <wps:spPr>
                        <a:xfrm flipV="1">
                          <a:off x="0" y="0"/>
                          <a:ext cx="1332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4ED91E" id="直線コネクタ 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1pt,19.05pt" to="159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rPr>
        <w:t xml:space="preserve">氏 名   </w:t>
      </w:r>
      <w:r w:rsidR="00014CAF">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rPr>
        <w:t xml:space="preserve">              </w:t>
      </w:r>
      <w:r w:rsidR="00014CAF">
        <w:rPr>
          <w:rFonts w:ascii="BIZ UDゴシック" w:eastAsia="BIZ UDゴシック" w:hAnsi="BIZ UDゴシック" w:hint="eastAsia"/>
          <w:sz w:val="24"/>
          <w:szCs w:val="24"/>
          <w:lang w:eastAsia="ja-JP"/>
        </w:rPr>
        <w:t xml:space="preserve">                       </w:t>
      </w:r>
      <w:r w:rsidR="0052660F">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rPr>
        <w:t xml:space="preserve">        </w:t>
      </w:r>
    </w:p>
    <w:p w14:paraId="65A30042" w14:textId="5D67849F" w:rsidR="006A34CE" w:rsidRPr="00547214" w:rsidRDefault="0052660F" w:rsidP="001A7B59">
      <w:pPr>
        <w:spacing w:after="0" w:line="440" w:lineRule="exact"/>
        <w:rPr>
          <w:rFonts w:ascii="BIZ UDゴシック" w:eastAsia="BIZ UDゴシック" w:hAnsi="BIZ UDゴシック"/>
          <w:sz w:val="24"/>
          <w:szCs w:val="24"/>
          <w:lang w:eastAsia="ja-JP"/>
        </w:rPr>
      </w:pPr>
      <w:r>
        <w:rPr>
          <w:rFonts w:ascii="BIZ UDゴシック" w:eastAsia="BIZ UDゴシック" w:hAnsi="BIZ UDゴシック"/>
          <w:noProof/>
          <w:sz w:val="24"/>
          <w:szCs w:val="24"/>
        </w:rPr>
        <mc:AlternateContent>
          <mc:Choice Requires="wps">
            <w:drawing>
              <wp:anchor distT="0" distB="0" distL="114300" distR="114300" simplePos="0" relativeHeight="251738112" behindDoc="0" locked="0" layoutInCell="1" allowOverlap="1" wp14:anchorId="48B4C7EC" wp14:editId="29C80CA2">
                <wp:simplePos x="0" y="0"/>
                <wp:positionH relativeFrom="column">
                  <wp:posOffset>2110740</wp:posOffset>
                </wp:positionH>
                <wp:positionV relativeFrom="paragraph">
                  <wp:posOffset>260573</wp:posOffset>
                </wp:positionV>
                <wp:extent cx="581891" cy="281544"/>
                <wp:effectExtent l="0" t="0" r="0" b="4445"/>
                <wp:wrapNone/>
                <wp:docPr id="121996504" name="テキスト ボックス 2"/>
                <wp:cNvGraphicFramePr/>
                <a:graphic xmlns:a="http://schemas.openxmlformats.org/drawingml/2006/main">
                  <a:graphicData uri="http://schemas.microsoft.com/office/word/2010/wordprocessingShape">
                    <wps:wsp>
                      <wps:cNvSpPr txBox="1"/>
                      <wps:spPr>
                        <a:xfrm>
                          <a:off x="0" y="0"/>
                          <a:ext cx="581891" cy="281544"/>
                        </a:xfrm>
                        <a:prstGeom prst="rect">
                          <a:avLst/>
                        </a:prstGeom>
                        <a:noFill/>
                        <a:ln w="6350">
                          <a:noFill/>
                        </a:ln>
                      </wps:spPr>
                      <wps:txbx>
                        <w:txbxContent>
                          <w:p w14:paraId="38FFDB20" w14:textId="519B1EC3" w:rsidR="0052660F" w:rsidRDefault="0052660F" w:rsidP="0052660F">
                            <w:pPr>
                              <w:rPr>
                                <w:lang w:eastAsia="ja-JP"/>
                              </w:rPr>
                            </w:pPr>
                            <w:r w:rsidRPr="00547214">
                              <w:rPr>
                                <w:rFonts w:ascii="BIZ UDゴシック" w:eastAsia="BIZ UDゴシック" w:hAnsi="BIZ UDゴシック"/>
                                <w:sz w:val="24"/>
                                <w:szCs w:val="24"/>
                                <w:lang w:eastAsia="ja-JP"/>
                              </w:rPr>
                              <w:t>㊞</w:t>
                            </w:r>
                            <w:r>
                              <w:rPr>
                                <w:rFonts w:ascii="BIZ UDゴシック" w:eastAsia="BIZ UDゴシック" w:hAnsi="BIZ UDゴシック" w:hint="eastAsia"/>
                                <w:sz w:val="24"/>
                                <w:szCs w:val="24"/>
                                <w:lang w:eastAsia="ja-JP"/>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B4C7EC" id="_x0000_s1030" type="#_x0000_t202" style="position:absolute;margin-left:166.2pt;margin-top:20.5pt;width:45.8pt;height:22.1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" filled="f" stroked="f" strokeweight=".5pt">
                <v:textbox>
                  <w:txbxContent>
                    <w:p w14:paraId="38FFDB20" w14:textId="519B1EC3" w:rsidR="0052660F" w:rsidRDefault="0052660F" w:rsidP="0052660F">
                      <w:pPr>
                        <w:rPr>
                          <w:lang w:eastAsia="ja-JP"/>
                        </w:rPr>
                      </w:pPr>
                      <w:r w:rsidRPr="00547214">
                        <w:rPr>
                          <w:rFonts w:ascii="BIZ UDゴシック" w:eastAsia="BIZ UDゴシック" w:hAnsi="BIZ UDゴシック"/>
                          <w:sz w:val="24"/>
                          <w:szCs w:val="24"/>
                          <w:lang w:eastAsia="ja-JP"/>
                        </w:rPr>
                        <w:t>㊞</w:t>
                      </w:r>
                      <w:r>
                        <w:rPr>
                          <w:rFonts w:ascii="BIZ UDゴシック" w:eastAsia="BIZ UDゴシック" w:hAnsi="BIZ UDゴシック" w:hint="eastAsia"/>
                          <w:sz w:val="24"/>
                          <w:szCs w:val="24"/>
                          <w:lang w:eastAsia="ja-JP"/>
                        </w:rPr>
                        <w:t xml:space="preserve"> </w:t>
                      </w:r>
                    </w:p>
                  </w:txbxContent>
                </v:textbox>
              </v:shape>
            </w:pict>
          </mc:Fallback>
        </mc:AlternateContent>
      </w:r>
      <w:r w:rsidR="00563D18" w:rsidRPr="00547214">
        <w:rPr>
          <w:rFonts w:ascii="BIZ UDゴシック" w:eastAsia="BIZ UDゴシック" w:hAnsi="BIZ UDゴシック"/>
          <w:sz w:val="24"/>
          <w:szCs w:val="24"/>
          <w:lang w:eastAsia="ja-JP"/>
        </w:rPr>
        <w:t>２ 保護者(親権者)</w:t>
      </w:r>
    </w:p>
    <w:p w14:paraId="394DDAF7" w14:textId="487E584A" w:rsidR="006A34CE" w:rsidRPr="00547214" w:rsidRDefault="00CF1294" w:rsidP="003C6FB8">
      <w:pPr>
        <w:spacing w:after="0" w:line="440" w:lineRule="exact"/>
        <w:ind w:firstLineChars="150" w:firstLine="360"/>
        <w:rPr>
          <w:rFonts w:ascii="BIZ UDゴシック" w:eastAsia="BIZ UDゴシック" w:hAnsi="BIZ UDゴシック"/>
          <w:sz w:val="24"/>
          <w:szCs w:val="24"/>
          <w:lang w:eastAsia="ja-JP"/>
        </w:rPr>
      </w:pPr>
      <w:r>
        <w:rPr>
          <w:rFonts w:ascii="BIZ UDゴシック" w:eastAsia="BIZ UDゴシック" w:hAnsi="BIZ UDゴシック"/>
          <w:noProof/>
          <w:sz w:val="24"/>
          <w:szCs w:val="24"/>
        </w:rPr>
        <mc:AlternateContent>
          <mc:Choice Requires="wps">
            <w:drawing>
              <wp:anchor distT="0" distB="0" distL="114300" distR="114300" simplePos="0" relativeHeight="251736064" behindDoc="0" locked="0" layoutInCell="1" allowOverlap="1" wp14:anchorId="65735DDE" wp14:editId="6106BEFC">
                <wp:simplePos x="0" y="0"/>
                <wp:positionH relativeFrom="column">
                  <wp:posOffset>2585720</wp:posOffset>
                </wp:positionH>
                <wp:positionV relativeFrom="paragraph">
                  <wp:posOffset>25623</wp:posOffset>
                </wp:positionV>
                <wp:extent cx="581660" cy="281305"/>
                <wp:effectExtent l="0" t="0" r="0" b="4445"/>
                <wp:wrapNone/>
                <wp:docPr id="608053884" name="テキスト ボックス 2"/>
                <wp:cNvGraphicFramePr/>
                <a:graphic xmlns:a="http://schemas.openxmlformats.org/drawingml/2006/main">
                  <a:graphicData uri="http://schemas.microsoft.com/office/word/2010/wordprocessingShape">
                    <wps:wsp>
                      <wps:cNvSpPr txBox="1"/>
                      <wps:spPr>
                        <a:xfrm>
                          <a:off x="0" y="0"/>
                          <a:ext cx="581660" cy="281305"/>
                        </a:xfrm>
                        <a:prstGeom prst="rect">
                          <a:avLst/>
                        </a:prstGeom>
                        <a:noFill/>
                        <a:ln w="6350">
                          <a:noFill/>
                        </a:ln>
                      </wps:spPr>
                      <wps:txbx>
                        <w:txbxContent>
                          <w:p w14:paraId="09617BF3" w14:textId="2D4BA8AC" w:rsidR="0052660F" w:rsidRDefault="0052660F" w:rsidP="0052660F">
                            <w:pPr>
                              <w:rPr>
                                <w:lang w:eastAsia="ja-JP"/>
                              </w:rPr>
                            </w:pPr>
                            <w:r>
                              <w:rPr>
                                <w:rFonts w:ascii="BIZ UDゴシック" w:eastAsia="BIZ UDゴシック" w:hAnsi="BIZ UDゴシック" w:hint="eastAsia"/>
                                <w:sz w:val="24"/>
                                <w:szCs w:val="24"/>
                                <w:lang w:eastAsia="ja-JP"/>
                              </w:rPr>
                              <w:t>続 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735DDE" id="_x0000_s1031" type="#_x0000_t202" style="position:absolute;left:0;text-align:left;margin-left:203.6pt;margin-top:2pt;width:45.8pt;height:22.1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" filled="f" stroked="f" strokeweight=".5pt">
                <v:textbox>
                  <w:txbxContent>
                    <w:p w14:paraId="09617BF3" w14:textId="2D4BA8AC" w:rsidR="0052660F" w:rsidRDefault="0052660F" w:rsidP="0052660F">
                      <w:pPr>
                        <w:rPr>
                          <w:lang w:eastAsia="ja-JP"/>
                        </w:rPr>
                      </w:pPr>
                      <w:r>
                        <w:rPr>
                          <w:rFonts w:ascii="BIZ UDゴシック" w:eastAsia="BIZ UDゴシック" w:hAnsi="BIZ UDゴシック" w:hint="eastAsia"/>
                          <w:sz w:val="24"/>
                          <w:szCs w:val="24"/>
                          <w:lang w:eastAsia="ja-JP"/>
                        </w:rPr>
                        <w:t>続 柄</w:t>
                      </w:r>
                    </w:p>
                  </w:txbxContent>
                </v:textbox>
              </v:shape>
            </w:pict>
          </mc:Fallback>
        </mc:AlternateContent>
      </w:r>
      <w:r w:rsidR="003C6FB8"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06368" behindDoc="0" locked="0" layoutInCell="1" allowOverlap="1" wp14:anchorId="6C146566" wp14:editId="568E1CAD">
                <wp:simplePos x="0" y="0"/>
                <wp:positionH relativeFrom="column">
                  <wp:posOffset>3126105</wp:posOffset>
                </wp:positionH>
                <wp:positionV relativeFrom="paragraph">
                  <wp:posOffset>245745</wp:posOffset>
                </wp:positionV>
                <wp:extent cx="468000" cy="0"/>
                <wp:effectExtent l="38100" t="38100" r="65405" b="95250"/>
                <wp:wrapNone/>
                <wp:docPr id="415933126" name="直線コネクタ 1"/>
                <wp:cNvGraphicFramePr/>
                <a:graphic xmlns:a="http://schemas.openxmlformats.org/drawingml/2006/main">
                  <a:graphicData uri="http://schemas.microsoft.com/office/word/2010/wordprocessingShape">
                    <wps:wsp>
                      <wps:cNvCnPr/>
                      <wps:spPr>
                        <a:xfrm flipV="1">
                          <a:off x="0" y="0"/>
                          <a:ext cx="46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1456F" id="直線コネクタ 1"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15pt,19.35pt" to="283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" strokecolor="black [3200]" strokeweight=".25pt">
                <v:shadow on="t" color="black" opacity="24903f" origin=",.5" offset="0,.55556mm"/>
              </v:line>
            </w:pict>
          </mc:Fallback>
        </mc:AlternateContent>
      </w:r>
      <w:r w:rsidR="003C6FB8"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04320" behindDoc="0" locked="0" layoutInCell="1" allowOverlap="1" wp14:anchorId="66B915AE" wp14:editId="7F995F8F">
                <wp:simplePos x="0" y="0"/>
                <wp:positionH relativeFrom="column">
                  <wp:posOffset>678510</wp:posOffset>
                </wp:positionH>
                <wp:positionV relativeFrom="paragraph">
                  <wp:posOffset>234950</wp:posOffset>
                </wp:positionV>
                <wp:extent cx="1332000" cy="0"/>
                <wp:effectExtent l="38100" t="38100" r="59055" b="95250"/>
                <wp:wrapNone/>
                <wp:docPr id="446708098" name="直線コネクタ 1"/>
                <wp:cNvGraphicFramePr/>
                <a:graphic xmlns:a="http://schemas.openxmlformats.org/drawingml/2006/main">
                  <a:graphicData uri="http://schemas.microsoft.com/office/word/2010/wordprocessingShape">
                    <wps:wsp>
                      <wps:cNvCnPr/>
                      <wps:spPr>
                        <a:xfrm flipV="1">
                          <a:off x="0" y="0"/>
                          <a:ext cx="1332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B9920" id="直線コネクタ 1"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5pt,18.5pt" to="158.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lang w:eastAsia="ja-JP"/>
        </w:rPr>
        <w:t xml:space="preserve">氏 名   </w:t>
      </w:r>
      <w:r w:rsidR="00014CAF">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lang w:eastAsia="ja-JP"/>
        </w:rPr>
        <w:t xml:space="preserve">                      </w:t>
      </w:r>
    </w:p>
    <w:p w14:paraId="7AD5FA49" w14:textId="2F8DDE30" w:rsidR="006A34CE" w:rsidRPr="00547214" w:rsidRDefault="00563D18" w:rsidP="003C6FB8">
      <w:pPr>
        <w:spacing w:after="0" w:line="440" w:lineRule="exact"/>
        <w:ind w:firstLineChars="150" w:firstLine="360"/>
        <w:rPr>
          <w:rFonts w:ascii="BIZ UDゴシック" w:eastAsia="BIZ UDゴシック" w:hAnsi="BIZ UDゴシック"/>
          <w:sz w:val="24"/>
          <w:szCs w:val="24"/>
          <w:lang w:eastAsia="ja-JP"/>
        </w:rPr>
      </w:pPr>
      <w:r w:rsidRPr="00547214">
        <w:rPr>
          <w:rFonts w:ascii="BIZ UDゴシック" w:eastAsia="BIZ UDゴシック" w:hAnsi="BIZ UDゴシック"/>
          <w:sz w:val="24"/>
          <w:szCs w:val="24"/>
          <w:lang w:eastAsia="ja-JP"/>
        </w:rPr>
        <w:t>※保護者本人の直筆で署名すること</w:t>
      </w:r>
    </w:p>
    <w:p w14:paraId="3C807229" w14:textId="2681A6C1" w:rsidR="00CF1294" w:rsidRDefault="00CF1294" w:rsidP="00CF1294">
      <w:pPr>
        <w:spacing w:after="0" w:line="440" w:lineRule="exact"/>
        <w:ind w:firstLineChars="150" w:firstLine="360"/>
        <w:rPr>
          <w:rFonts w:ascii="BIZ UDゴシック" w:eastAsia="BIZ UDゴシック" w:hAnsi="BIZ UDゴシック"/>
          <w:sz w:val="24"/>
          <w:szCs w:val="24"/>
          <w:lang w:eastAsia="ja-JP"/>
        </w:rPr>
      </w:pP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10464" behindDoc="0" locked="0" layoutInCell="1" allowOverlap="1" wp14:anchorId="4C13B74A" wp14:editId="33E64081">
                <wp:simplePos x="0" y="0"/>
                <wp:positionH relativeFrom="column">
                  <wp:posOffset>1743075</wp:posOffset>
                </wp:positionH>
                <wp:positionV relativeFrom="paragraph">
                  <wp:posOffset>278765</wp:posOffset>
                </wp:positionV>
                <wp:extent cx="755650" cy="0"/>
                <wp:effectExtent l="38100" t="38100" r="63500" b="95250"/>
                <wp:wrapNone/>
                <wp:docPr id="207216631" name="直線コネクタ 1"/>
                <wp:cNvGraphicFramePr/>
                <a:graphic xmlns:a="http://schemas.openxmlformats.org/drawingml/2006/main">
                  <a:graphicData uri="http://schemas.microsoft.com/office/word/2010/wordprocessingShape">
                    <wps:wsp>
                      <wps:cNvCnPr/>
                      <wps:spPr>
                        <a:xfrm flipV="1">
                          <a:off x="0" y="0"/>
                          <a:ext cx="75565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1A2F4" id="直線コネクタ 1"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25pt,21.95pt" to="196.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" strokecolor="black [3200]" strokeweight=".25pt">
                <v:shadow on="t" color="black" opacity="24903f" origin=",.5" offset="0,.55556mm"/>
              </v:line>
            </w:pict>
          </mc:Fallback>
        </mc:AlternateContent>
      </w: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08416" behindDoc="0" locked="0" layoutInCell="1" allowOverlap="1" wp14:anchorId="57A8D35D" wp14:editId="1AD9E300">
                <wp:simplePos x="0" y="0"/>
                <wp:positionH relativeFrom="column">
                  <wp:posOffset>975360</wp:posOffset>
                </wp:positionH>
                <wp:positionV relativeFrom="paragraph">
                  <wp:posOffset>284480</wp:posOffset>
                </wp:positionV>
                <wp:extent cx="539750" cy="0"/>
                <wp:effectExtent l="38100" t="38100" r="69850" b="95250"/>
                <wp:wrapNone/>
                <wp:docPr id="1633257598" name="直線コネクタ 1"/>
                <wp:cNvGraphicFramePr/>
                <a:graphic xmlns:a="http://schemas.openxmlformats.org/drawingml/2006/main">
                  <a:graphicData uri="http://schemas.microsoft.com/office/word/2010/wordprocessingShape">
                    <wps:wsp>
                      <wps:cNvCnPr/>
                      <wps:spPr>
                        <a:xfrm flipV="1">
                          <a:off x="0" y="0"/>
                          <a:ext cx="53975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6FDA7" id="直線コネクタ 1"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pt,22.4pt" to="119.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" strokecolor="black [3200]" strokeweight=".25pt">
                <v:shadow on="t" color="black" opacity="24903f" origin=",.5" offset="0,.55556mm"/>
              </v:line>
            </w:pict>
          </mc:Fallback>
        </mc:AlternateContent>
      </w:r>
      <w:r w:rsidR="0052660F">
        <w:rPr>
          <w:rFonts w:ascii="BIZ UDゴシック" w:eastAsia="BIZ UDゴシック" w:hAnsi="BIZ UDゴシック"/>
          <w:noProof/>
          <w:sz w:val="24"/>
          <w:szCs w:val="24"/>
        </w:rPr>
        <mc:AlternateContent>
          <mc:Choice Requires="wps">
            <w:drawing>
              <wp:anchor distT="0" distB="0" distL="114300" distR="114300" simplePos="0" relativeHeight="251742208" behindDoc="0" locked="0" layoutInCell="1" allowOverlap="1" wp14:anchorId="27618FF5" wp14:editId="72405936">
                <wp:simplePos x="0" y="0"/>
                <wp:positionH relativeFrom="column">
                  <wp:posOffset>1450975</wp:posOffset>
                </wp:positionH>
                <wp:positionV relativeFrom="paragraph">
                  <wp:posOffset>37688</wp:posOffset>
                </wp:positionV>
                <wp:extent cx="389411" cy="281544"/>
                <wp:effectExtent l="0" t="0" r="0" b="4445"/>
                <wp:wrapNone/>
                <wp:docPr id="1727417835" name="テキスト ボックス 2"/>
                <wp:cNvGraphicFramePr/>
                <a:graphic xmlns:a="http://schemas.openxmlformats.org/drawingml/2006/main">
                  <a:graphicData uri="http://schemas.microsoft.com/office/word/2010/wordprocessingShape">
                    <wps:wsp>
                      <wps:cNvSpPr txBox="1"/>
                      <wps:spPr>
                        <a:xfrm>
                          <a:off x="0" y="0"/>
                          <a:ext cx="389411" cy="281544"/>
                        </a:xfrm>
                        <a:prstGeom prst="rect">
                          <a:avLst/>
                        </a:prstGeom>
                        <a:noFill/>
                        <a:ln w="6350">
                          <a:noFill/>
                        </a:ln>
                      </wps:spPr>
                      <wps:txbx>
                        <w:txbxContent>
                          <w:p w14:paraId="1D541236" w14:textId="77777777" w:rsidR="0052660F" w:rsidRDefault="0052660F" w:rsidP="0052660F">
                            <w:pPr>
                              <w:rPr>
                                <w:lang w:eastAsia="ja-JP"/>
                              </w:rPr>
                            </w:pPr>
                            <w:r w:rsidRPr="00547214">
                              <w:rPr>
                                <w:rFonts w:ascii="BIZ UDゴシック" w:eastAsia="BIZ UDゴシック" w:hAnsi="BIZ UDゴシック"/>
                                <w:sz w:val="24"/>
                                <w:szCs w:val="24"/>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618FF5" id="_x0000_s1032" type="#_x0000_t202" style="position:absolute;left:0;text-align:left;margin-left:114.25pt;margin-top:2.95pt;width:30.65pt;height:22.1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" filled="f" stroked="f" strokeweight=".5pt">
                <v:textbox>
                  <w:txbxContent>
                    <w:p w14:paraId="1D541236" w14:textId="77777777" w:rsidR="0052660F" w:rsidRDefault="0052660F" w:rsidP="0052660F">
                      <w:pPr>
                        <w:rPr>
                          <w:lang w:eastAsia="ja-JP"/>
                        </w:rPr>
                      </w:pPr>
                      <w:r w:rsidRPr="00547214">
                        <w:rPr>
                          <w:rFonts w:ascii="BIZ UDゴシック" w:eastAsia="BIZ UDゴシック" w:hAnsi="BIZ UDゴシック"/>
                          <w:sz w:val="24"/>
                          <w:szCs w:val="24"/>
                          <w:lang w:eastAsia="ja-JP"/>
                        </w:rPr>
                        <w:t>－</w:t>
                      </w:r>
                    </w:p>
                  </w:txbxContent>
                </v:textbox>
              </v:shape>
            </w:pict>
          </mc:Fallback>
        </mc:AlternateContent>
      </w:r>
      <w:r w:rsidR="00563D18" w:rsidRPr="00547214">
        <w:rPr>
          <w:rFonts w:ascii="BIZ UDゴシック" w:eastAsia="BIZ UDゴシック" w:hAnsi="BIZ UDゴシック"/>
          <w:sz w:val="24"/>
          <w:szCs w:val="24"/>
          <w:lang w:eastAsia="ja-JP"/>
        </w:rPr>
        <w:t xml:space="preserve">住 所 </w:t>
      </w:r>
      <w:r w:rsidR="003C6FB8">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lang w:eastAsia="ja-JP"/>
        </w:rPr>
        <w:t xml:space="preserve">〒 </w:t>
      </w:r>
      <w:r w:rsidR="00014CAF">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lang w:eastAsia="ja-JP"/>
        </w:rPr>
        <w:t xml:space="preserve"> </w:t>
      </w:r>
      <w:r w:rsidR="003C6FB8">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lang w:eastAsia="ja-JP"/>
        </w:rPr>
        <w:t xml:space="preserve">   </w:t>
      </w:r>
      <w:r>
        <w:rPr>
          <w:rFonts w:ascii="BIZ UDゴシック" w:eastAsia="BIZ UDゴシック" w:hAnsi="BIZ UDゴシック" w:hint="eastAsia"/>
          <w:sz w:val="24"/>
          <w:szCs w:val="24"/>
          <w:lang w:eastAsia="ja-JP"/>
        </w:rPr>
        <w:t xml:space="preserve">　　　　　　　　</w:t>
      </w:r>
    </w:p>
    <w:p w14:paraId="2092A411" w14:textId="0FA4208E" w:rsidR="00CF1294" w:rsidRDefault="00014CAF" w:rsidP="00CF1294">
      <w:pPr>
        <w:spacing w:after="0" w:line="440" w:lineRule="exact"/>
        <w:ind w:firstLineChars="150" w:firstLine="360"/>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xml:space="preserve">　　　　　</w:t>
      </w:r>
      <w:r w:rsidR="00CF1294"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70880" behindDoc="0" locked="0" layoutInCell="1" allowOverlap="1" wp14:anchorId="4C01BF33" wp14:editId="367C739E">
                <wp:simplePos x="0" y="0"/>
                <wp:positionH relativeFrom="column">
                  <wp:posOffset>967740</wp:posOffset>
                </wp:positionH>
                <wp:positionV relativeFrom="paragraph">
                  <wp:posOffset>245110</wp:posOffset>
                </wp:positionV>
                <wp:extent cx="4860000" cy="0"/>
                <wp:effectExtent l="38100" t="38100" r="74295" b="95250"/>
                <wp:wrapNone/>
                <wp:docPr id="389883503" name="直線コネクタ 1"/>
                <wp:cNvGraphicFramePr/>
                <a:graphic xmlns:a="http://schemas.openxmlformats.org/drawingml/2006/main">
                  <a:graphicData uri="http://schemas.microsoft.com/office/word/2010/wordprocessingShape">
                    <wps:wsp>
                      <wps:cNvCnPr/>
                      <wps:spPr>
                        <a:xfrm flipV="1">
                          <a:off x="0" y="0"/>
                          <a:ext cx="4860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6292E4" id="直線コネクタ 1"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2pt,19.3pt" to="458.9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" strokecolor="black [3200]" strokeweight=".25pt">
                <v:shadow on="t" color="black" opacity="24903f" origin=",.5" offset="0,.55556mm"/>
              </v:line>
            </w:pict>
          </mc:Fallback>
        </mc:AlternateContent>
      </w:r>
      <w:r>
        <w:rPr>
          <w:rFonts w:ascii="BIZ UDゴシック" w:eastAsia="BIZ UDゴシック" w:hAnsi="BIZ UDゴシック" w:hint="eastAsia"/>
          <w:sz w:val="24"/>
          <w:szCs w:val="24"/>
          <w:lang w:eastAsia="ja-JP"/>
        </w:rPr>
        <w:t xml:space="preserve"> </w:t>
      </w:r>
    </w:p>
    <w:p w14:paraId="7D385FAE" w14:textId="6242CCE9" w:rsidR="006A34CE" w:rsidRPr="00547214" w:rsidRDefault="0052660F" w:rsidP="001A7B59">
      <w:pPr>
        <w:spacing w:after="0" w:line="440" w:lineRule="exact"/>
        <w:rPr>
          <w:rFonts w:ascii="BIZ UDゴシック" w:eastAsia="BIZ UDゴシック" w:hAnsi="BIZ UDゴシック"/>
          <w:sz w:val="24"/>
          <w:szCs w:val="24"/>
          <w:lang w:eastAsia="ja-JP"/>
        </w:rPr>
      </w:pPr>
      <w:r>
        <w:rPr>
          <w:rFonts w:ascii="BIZ UDゴシック" w:eastAsia="BIZ UDゴシック" w:hAnsi="BIZ UDゴシック"/>
          <w:noProof/>
          <w:sz w:val="24"/>
          <w:szCs w:val="24"/>
        </w:rPr>
        <mc:AlternateContent>
          <mc:Choice Requires="wps">
            <w:drawing>
              <wp:anchor distT="0" distB="0" distL="114300" distR="114300" simplePos="0" relativeHeight="251746304" behindDoc="0" locked="0" layoutInCell="1" allowOverlap="1" wp14:anchorId="4C68D01D" wp14:editId="51A8B097">
                <wp:simplePos x="0" y="0"/>
                <wp:positionH relativeFrom="column">
                  <wp:posOffset>3718313</wp:posOffset>
                </wp:positionH>
                <wp:positionV relativeFrom="paragraph">
                  <wp:posOffset>32038</wp:posOffset>
                </wp:positionV>
                <wp:extent cx="389411" cy="281544"/>
                <wp:effectExtent l="0" t="0" r="0" b="4445"/>
                <wp:wrapNone/>
                <wp:docPr id="26422496" name="テキスト ボックス 2"/>
                <wp:cNvGraphicFramePr/>
                <a:graphic xmlns:a="http://schemas.openxmlformats.org/drawingml/2006/main">
                  <a:graphicData uri="http://schemas.microsoft.com/office/word/2010/wordprocessingShape">
                    <wps:wsp>
                      <wps:cNvSpPr txBox="1"/>
                      <wps:spPr>
                        <a:xfrm>
                          <a:off x="0" y="0"/>
                          <a:ext cx="389411" cy="281544"/>
                        </a:xfrm>
                        <a:prstGeom prst="rect">
                          <a:avLst/>
                        </a:prstGeom>
                        <a:noFill/>
                        <a:ln w="6350">
                          <a:noFill/>
                        </a:ln>
                      </wps:spPr>
                      <wps:txbx>
                        <w:txbxContent>
                          <w:p w14:paraId="4A29D8BD" w14:textId="77777777" w:rsidR="0052660F" w:rsidRDefault="0052660F" w:rsidP="0052660F">
                            <w:pPr>
                              <w:rPr>
                                <w:lang w:eastAsia="ja-JP"/>
                              </w:rPr>
                            </w:pPr>
                            <w:r w:rsidRPr="00547214">
                              <w:rPr>
                                <w:rFonts w:ascii="BIZ UDゴシック" w:eastAsia="BIZ UDゴシック" w:hAnsi="BIZ UDゴシック"/>
                                <w:sz w:val="24"/>
                                <w:szCs w:val="24"/>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68D01D" id="_x0000_s1033" type="#_x0000_t202" style="position:absolute;margin-left:292.8pt;margin-top:2.5pt;width:30.65pt;height:22.1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" filled="f" stroked="f" strokeweight=".5pt">
                <v:textbox>
                  <w:txbxContent>
                    <w:p w14:paraId="4A29D8BD" w14:textId="77777777" w:rsidR="0052660F" w:rsidRDefault="0052660F" w:rsidP="0052660F">
                      <w:pPr>
                        <w:rPr>
                          <w:lang w:eastAsia="ja-JP"/>
                        </w:rPr>
                      </w:pPr>
                      <w:r w:rsidRPr="00547214">
                        <w:rPr>
                          <w:rFonts w:ascii="BIZ UDゴシック" w:eastAsia="BIZ UDゴシック" w:hAnsi="BIZ UDゴシック"/>
                          <w:sz w:val="24"/>
                          <w:szCs w:val="24"/>
                          <w:lang w:eastAsia="ja-JP"/>
                        </w:rPr>
                        <w:t>－</w:t>
                      </w:r>
                    </w:p>
                  </w:txbxContent>
                </v:textbox>
              </v:shape>
            </w:pict>
          </mc:Fallback>
        </mc:AlternateContent>
      </w:r>
      <w:r>
        <w:rPr>
          <w:rFonts w:ascii="BIZ UDゴシック" w:eastAsia="BIZ UDゴシック" w:hAnsi="BIZ UDゴシック"/>
          <w:noProof/>
          <w:sz w:val="24"/>
          <w:szCs w:val="24"/>
        </w:rPr>
        <mc:AlternateContent>
          <mc:Choice Requires="wps">
            <w:drawing>
              <wp:anchor distT="0" distB="0" distL="114300" distR="114300" simplePos="0" relativeHeight="251744256" behindDoc="0" locked="0" layoutInCell="1" allowOverlap="1" wp14:anchorId="50F04AFE" wp14:editId="4F8B7CD4">
                <wp:simplePos x="0" y="0"/>
                <wp:positionH relativeFrom="column">
                  <wp:posOffset>2109453</wp:posOffset>
                </wp:positionH>
                <wp:positionV relativeFrom="paragraph">
                  <wp:posOffset>34579</wp:posOffset>
                </wp:positionV>
                <wp:extent cx="389411" cy="281544"/>
                <wp:effectExtent l="0" t="0" r="0" b="4445"/>
                <wp:wrapNone/>
                <wp:docPr id="1846043227" name="テキスト ボックス 2"/>
                <wp:cNvGraphicFramePr/>
                <a:graphic xmlns:a="http://schemas.openxmlformats.org/drawingml/2006/main">
                  <a:graphicData uri="http://schemas.microsoft.com/office/word/2010/wordprocessingShape">
                    <wps:wsp>
                      <wps:cNvSpPr txBox="1"/>
                      <wps:spPr>
                        <a:xfrm>
                          <a:off x="0" y="0"/>
                          <a:ext cx="389411" cy="281544"/>
                        </a:xfrm>
                        <a:prstGeom prst="rect">
                          <a:avLst/>
                        </a:prstGeom>
                        <a:noFill/>
                        <a:ln w="6350">
                          <a:noFill/>
                        </a:ln>
                      </wps:spPr>
                      <wps:txbx>
                        <w:txbxContent>
                          <w:p w14:paraId="13BE0906" w14:textId="77777777" w:rsidR="0052660F" w:rsidRDefault="0052660F" w:rsidP="0052660F">
                            <w:pPr>
                              <w:rPr>
                                <w:lang w:eastAsia="ja-JP"/>
                              </w:rPr>
                            </w:pPr>
                            <w:r w:rsidRPr="00547214">
                              <w:rPr>
                                <w:rFonts w:ascii="BIZ UDゴシック" w:eastAsia="BIZ UDゴシック" w:hAnsi="BIZ UDゴシック"/>
                                <w:sz w:val="24"/>
                                <w:szCs w:val="24"/>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F04AFE" id="_x0000_s1034" type="#_x0000_t202" style="position:absolute;margin-left:166.1pt;margin-top:2.7pt;width:30.65pt;height:22.1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" filled="f" stroked="f" strokeweight=".5pt">
                <v:textbox>
                  <w:txbxContent>
                    <w:p w14:paraId="13BE0906" w14:textId="77777777" w:rsidR="0052660F" w:rsidRDefault="0052660F" w:rsidP="0052660F">
                      <w:pPr>
                        <w:rPr>
                          <w:lang w:eastAsia="ja-JP"/>
                        </w:rPr>
                      </w:pPr>
                      <w:r w:rsidRPr="00547214">
                        <w:rPr>
                          <w:rFonts w:ascii="BIZ UDゴシック" w:eastAsia="BIZ UDゴシック" w:hAnsi="BIZ UDゴシック"/>
                          <w:sz w:val="24"/>
                          <w:szCs w:val="24"/>
                          <w:lang w:eastAsia="ja-JP"/>
                        </w:rPr>
                        <w:t>－</w:t>
                      </w:r>
                    </w:p>
                  </w:txbxContent>
                </v:textbox>
              </v:shape>
            </w:pict>
          </mc:Fallback>
        </mc:AlternateContent>
      </w:r>
      <w:r w:rsidR="003C6FB8"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16608" behindDoc="0" locked="0" layoutInCell="1" allowOverlap="1" wp14:anchorId="63EBAE5A" wp14:editId="3540AC81">
                <wp:simplePos x="0" y="0"/>
                <wp:positionH relativeFrom="column">
                  <wp:posOffset>4081780</wp:posOffset>
                </wp:positionH>
                <wp:positionV relativeFrom="paragraph">
                  <wp:posOffset>264160</wp:posOffset>
                </wp:positionV>
                <wp:extent cx="1187450" cy="0"/>
                <wp:effectExtent l="38100" t="38100" r="69850" b="95250"/>
                <wp:wrapNone/>
                <wp:docPr id="1413136156" name="直線コネクタ 1"/>
                <wp:cNvGraphicFramePr/>
                <a:graphic xmlns:a="http://schemas.openxmlformats.org/drawingml/2006/main">
                  <a:graphicData uri="http://schemas.microsoft.com/office/word/2010/wordprocessingShape">
                    <wps:wsp>
                      <wps:cNvCnPr/>
                      <wps:spPr>
                        <a:xfrm flipV="1">
                          <a:off x="0" y="0"/>
                          <a:ext cx="118745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D7DD7" id="直線コネクタ 1"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4pt,20.8pt" to="414.9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" strokecolor="black [3200]" strokeweight=".25pt">
                <v:shadow on="t" color="black" opacity="24903f" origin=",.5" offset="0,.55556mm"/>
              </v:line>
            </w:pict>
          </mc:Fallback>
        </mc:AlternateContent>
      </w:r>
      <w:r w:rsidR="003C6FB8"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14560" behindDoc="0" locked="0" layoutInCell="1" allowOverlap="1" wp14:anchorId="20085A7C" wp14:editId="0D26A264">
                <wp:simplePos x="0" y="0"/>
                <wp:positionH relativeFrom="column">
                  <wp:posOffset>2526995</wp:posOffset>
                </wp:positionH>
                <wp:positionV relativeFrom="paragraph">
                  <wp:posOffset>264160</wp:posOffset>
                </wp:positionV>
                <wp:extent cx="1187450" cy="0"/>
                <wp:effectExtent l="38100" t="38100" r="69850" b="95250"/>
                <wp:wrapNone/>
                <wp:docPr id="877590914" name="直線コネクタ 1"/>
                <wp:cNvGraphicFramePr/>
                <a:graphic xmlns:a="http://schemas.openxmlformats.org/drawingml/2006/main">
                  <a:graphicData uri="http://schemas.microsoft.com/office/word/2010/wordprocessingShape">
                    <wps:wsp>
                      <wps:cNvCnPr/>
                      <wps:spPr>
                        <a:xfrm flipV="1">
                          <a:off x="0" y="0"/>
                          <a:ext cx="118745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81AEB" id="直線コネクタ 1"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20.8pt" to="292.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" strokecolor="black [3200]" strokeweight=".25pt">
                <v:shadow on="t" color="black" opacity="24903f" origin=",.5" offset="0,.55556mm"/>
              </v:line>
            </w:pict>
          </mc:Fallback>
        </mc:AlternateContent>
      </w:r>
      <w:r w:rsidR="003C6FB8"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12512" behindDoc="0" locked="0" layoutInCell="1" allowOverlap="1" wp14:anchorId="6CB300BF" wp14:editId="1E307B6C">
                <wp:simplePos x="0" y="0"/>
                <wp:positionH relativeFrom="column">
                  <wp:posOffset>975563</wp:posOffset>
                </wp:positionH>
                <wp:positionV relativeFrom="paragraph">
                  <wp:posOffset>271145</wp:posOffset>
                </wp:positionV>
                <wp:extent cx="1187450" cy="0"/>
                <wp:effectExtent l="38100" t="38100" r="69850" b="95250"/>
                <wp:wrapNone/>
                <wp:docPr id="1224144850" name="直線コネクタ 1"/>
                <wp:cNvGraphicFramePr/>
                <a:graphic xmlns:a="http://schemas.openxmlformats.org/drawingml/2006/main">
                  <a:graphicData uri="http://schemas.microsoft.com/office/word/2010/wordprocessingShape">
                    <wps:wsp>
                      <wps:cNvCnPr/>
                      <wps:spPr>
                        <a:xfrm flipV="1">
                          <a:off x="0" y="0"/>
                          <a:ext cx="118745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4D554" id="直線コネクタ 1"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pt,21.35pt" to="170.3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lang w:eastAsia="ja-JP"/>
        </w:rPr>
        <w:t xml:space="preserve"> </w:t>
      </w:r>
      <w:r w:rsidR="003C6FB8">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lang w:eastAsia="ja-JP"/>
        </w:rPr>
        <w:t xml:space="preserve">連絡先  </w:t>
      </w:r>
      <w:r w:rsidR="003C6FB8">
        <w:rPr>
          <w:rFonts w:ascii="BIZ UDゴシック" w:eastAsia="BIZ UDゴシック" w:hAnsi="BIZ UDゴシック" w:hint="eastAsia"/>
          <w:sz w:val="24"/>
          <w:szCs w:val="24"/>
          <w:lang w:eastAsia="ja-JP"/>
        </w:rPr>
        <w:t xml:space="preserve">       </w:t>
      </w:r>
      <w:r w:rsidR="00014CAF">
        <w:rPr>
          <w:rFonts w:ascii="BIZ UDゴシック" w:eastAsia="BIZ UDゴシック" w:hAnsi="BIZ UDゴシック" w:hint="eastAsia"/>
          <w:sz w:val="24"/>
          <w:szCs w:val="24"/>
          <w:lang w:eastAsia="ja-JP"/>
        </w:rPr>
        <w:t xml:space="preserve">     </w:t>
      </w:r>
      <w:r w:rsidR="003C6FB8">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lang w:eastAsia="ja-JP"/>
        </w:rPr>
        <w:t xml:space="preserve"> </w:t>
      </w:r>
      <w:r w:rsidR="00014CAF">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lang w:eastAsia="ja-JP"/>
        </w:rPr>
        <w:t xml:space="preserve"> </w:t>
      </w:r>
      <w:r w:rsidR="003C6FB8">
        <w:rPr>
          <w:rFonts w:ascii="BIZ UDゴシック" w:eastAsia="BIZ UDゴシック" w:hAnsi="BIZ UDゴシック" w:hint="eastAsia"/>
          <w:sz w:val="24"/>
          <w:szCs w:val="24"/>
          <w:lang w:eastAsia="ja-JP"/>
        </w:rPr>
        <w:t xml:space="preserve">      </w:t>
      </w:r>
      <w:r>
        <w:rPr>
          <w:rFonts w:ascii="BIZ UDゴシック" w:eastAsia="BIZ UDゴシック" w:hAnsi="BIZ UDゴシック" w:hint="eastAsia"/>
          <w:sz w:val="24"/>
          <w:szCs w:val="24"/>
          <w:lang w:eastAsia="ja-JP"/>
        </w:rPr>
        <w:t xml:space="preserve">  </w:t>
      </w:r>
      <w:r w:rsidR="00563D18" w:rsidRPr="00547214">
        <w:rPr>
          <w:rFonts w:ascii="BIZ UDゴシック" w:eastAsia="BIZ UDゴシック" w:hAnsi="BIZ UDゴシック"/>
          <w:sz w:val="24"/>
          <w:szCs w:val="24"/>
          <w:lang w:eastAsia="ja-JP"/>
        </w:rPr>
        <w:t xml:space="preserve">      </w:t>
      </w:r>
      <w:r w:rsidR="003C6FB8">
        <w:rPr>
          <w:rFonts w:ascii="BIZ UDゴシック" w:eastAsia="BIZ UDゴシック" w:hAnsi="BIZ UDゴシック" w:hint="eastAsia"/>
          <w:sz w:val="24"/>
          <w:szCs w:val="24"/>
          <w:lang w:eastAsia="ja-JP"/>
        </w:rPr>
        <w:t xml:space="preserve">            </w:t>
      </w:r>
    </w:p>
    <w:p w14:paraId="76BB89D3" w14:textId="3C939C79" w:rsidR="006A34CE" w:rsidRPr="00547214" w:rsidRDefault="00563D18" w:rsidP="003C6FB8">
      <w:pPr>
        <w:spacing w:after="0" w:line="440" w:lineRule="exact"/>
        <w:ind w:firstLineChars="150" w:firstLine="360"/>
        <w:rPr>
          <w:rFonts w:ascii="BIZ UDゴシック" w:eastAsia="BIZ UDゴシック" w:hAnsi="BIZ UDゴシック"/>
          <w:sz w:val="24"/>
          <w:szCs w:val="24"/>
          <w:lang w:eastAsia="ja-JP"/>
        </w:rPr>
      </w:pPr>
      <w:r w:rsidRPr="00547214">
        <w:rPr>
          <w:rFonts w:ascii="BIZ UDゴシック" w:eastAsia="BIZ UDゴシック" w:hAnsi="BIZ UDゴシック"/>
          <w:sz w:val="24"/>
          <w:szCs w:val="24"/>
          <w:lang w:eastAsia="ja-JP"/>
        </w:rPr>
        <w:t>※携帯電話番号など常時連絡のとれる電話番号を記入</w:t>
      </w:r>
    </w:p>
    <w:p w14:paraId="13A347FC" w14:textId="62426D31" w:rsidR="006A34CE" w:rsidRPr="00547214" w:rsidRDefault="00563D18" w:rsidP="001A7B59">
      <w:pPr>
        <w:spacing w:after="0" w:line="440" w:lineRule="exact"/>
        <w:rPr>
          <w:rFonts w:ascii="BIZ UDゴシック" w:eastAsia="BIZ UDゴシック" w:hAnsi="BIZ UDゴシック"/>
          <w:sz w:val="24"/>
          <w:szCs w:val="24"/>
          <w:lang w:eastAsia="ja-JP"/>
        </w:rPr>
      </w:pPr>
      <w:r w:rsidRPr="00547214">
        <w:rPr>
          <w:rFonts w:ascii="BIZ UDゴシック" w:eastAsia="BIZ UDゴシック" w:hAnsi="BIZ UDゴシック"/>
          <w:sz w:val="24"/>
          <w:szCs w:val="24"/>
          <w:lang w:eastAsia="ja-JP"/>
        </w:rPr>
        <w:t>３ 同意年月日</w:t>
      </w:r>
    </w:p>
    <w:p w14:paraId="6AECA35D" w14:textId="161A933D" w:rsidR="006A34CE" w:rsidRPr="00547214" w:rsidRDefault="00014CAF" w:rsidP="003C6FB8">
      <w:pPr>
        <w:spacing w:after="0" w:line="440" w:lineRule="exact"/>
        <w:ind w:firstLineChars="150" w:firstLine="360"/>
        <w:rPr>
          <w:rFonts w:ascii="BIZ UDゴシック" w:eastAsia="BIZ UDゴシック" w:hAnsi="BIZ UDゴシック"/>
          <w:sz w:val="24"/>
          <w:szCs w:val="24"/>
          <w:lang w:eastAsia="ja-JP"/>
        </w:rPr>
      </w:pPr>
      <w:r>
        <w:rPr>
          <w:rFonts w:ascii="BIZ UDゴシック" w:eastAsia="BIZ UDゴシック" w:hAnsi="BIZ UDゴシック"/>
          <w:noProof/>
          <w:sz w:val="24"/>
          <w:szCs w:val="24"/>
        </w:rPr>
        <mc:AlternateContent>
          <mc:Choice Requires="wps">
            <w:drawing>
              <wp:anchor distT="0" distB="0" distL="114300" distR="114300" simplePos="0" relativeHeight="251766784" behindDoc="0" locked="0" layoutInCell="1" allowOverlap="1" wp14:anchorId="4F9CA43E" wp14:editId="24E8C1DB">
                <wp:simplePos x="0" y="0"/>
                <wp:positionH relativeFrom="column">
                  <wp:posOffset>2201545</wp:posOffset>
                </wp:positionH>
                <wp:positionV relativeFrom="paragraph">
                  <wp:posOffset>13747</wp:posOffset>
                </wp:positionV>
                <wp:extent cx="242570" cy="281305"/>
                <wp:effectExtent l="0" t="0" r="5080" b="4445"/>
                <wp:wrapNone/>
                <wp:docPr id="1706879189" name="テキスト ボックス 2"/>
                <wp:cNvGraphicFramePr/>
                <a:graphic xmlns:a="http://schemas.openxmlformats.org/drawingml/2006/main">
                  <a:graphicData uri="http://schemas.microsoft.com/office/word/2010/wordprocessingShape">
                    <wps:wsp>
                      <wps:cNvSpPr txBox="1"/>
                      <wps:spPr>
                        <a:xfrm>
                          <a:off x="0" y="0"/>
                          <a:ext cx="242570" cy="281305"/>
                        </a:xfrm>
                        <a:prstGeom prst="rect">
                          <a:avLst/>
                        </a:prstGeom>
                        <a:solidFill>
                          <a:schemeClr val="lt1"/>
                        </a:solidFill>
                        <a:ln w="6350">
                          <a:noFill/>
                        </a:ln>
                      </wps:spPr>
                      <wps:txbx>
                        <w:txbxContent>
                          <w:p w14:paraId="35B1D2CF" w14:textId="77777777" w:rsidR="0052660F" w:rsidRDefault="0052660F" w:rsidP="0052660F">
                            <w:pPr>
                              <w:rPr>
                                <w:lang w:eastAsia="ja-JP"/>
                              </w:rPr>
                            </w:pPr>
                            <w:r>
                              <w:rPr>
                                <w:rFonts w:ascii="BIZ UDゴシック" w:eastAsia="BIZ UDゴシック" w:hAnsi="BIZ UDゴシック" w:hint="eastAsia"/>
                                <w:sz w:val="24"/>
                                <w:szCs w:val="24"/>
                                <w:lang w:eastAsia="ja-JP"/>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9CA43E" id="_x0000_s1035" type="#_x0000_t202" style="position:absolute;left:0;text-align:left;margin-left:173.35pt;margin-top:1.1pt;width:19.1pt;height:22.1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" fillcolor="white [3201]" stroked="f" strokeweight=".5pt">
                <v:textbox>
                  <w:txbxContent>
                    <w:p w14:paraId="35B1D2CF" w14:textId="77777777" w:rsidR="0052660F" w:rsidRDefault="0052660F" w:rsidP="0052660F">
                      <w:pPr>
                        <w:rPr>
                          <w:lang w:eastAsia="ja-JP"/>
                        </w:rPr>
                      </w:pPr>
                      <w:r>
                        <w:rPr>
                          <w:rFonts w:ascii="BIZ UDゴシック" w:eastAsia="BIZ UDゴシック" w:hAnsi="BIZ UDゴシック" w:hint="eastAsia"/>
                          <w:sz w:val="24"/>
                          <w:szCs w:val="24"/>
                          <w:lang w:eastAsia="ja-JP"/>
                        </w:rPr>
                        <w:t>日</w:t>
                      </w:r>
                    </w:p>
                  </w:txbxContent>
                </v:textbox>
              </v:shape>
            </w:pict>
          </mc:Fallback>
        </mc:AlternateContent>
      </w:r>
      <w:r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64736" behindDoc="0" locked="0" layoutInCell="1" allowOverlap="1" wp14:anchorId="038C3230" wp14:editId="352E34D2">
                <wp:simplePos x="0" y="0"/>
                <wp:positionH relativeFrom="column">
                  <wp:posOffset>1916430</wp:posOffset>
                </wp:positionH>
                <wp:positionV relativeFrom="paragraph">
                  <wp:posOffset>261843</wp:posOffset>
                </wp:positionV>
                <wp:extent cx="395605" cy="0"/>
                <wp:effectExtent l="38100" t="38100" r="61595" b="95250"/>
                <wp:wrapNone/>
                <wp:docPr id="150433772" name="直線コネクタ 1"/>
                <wp:cNvGraphicFramePr/>
                <a:graphic xmlns:a="http://schemas.openxmlformats.org/drawingml/2006/main">
                  <a:graphicData uri="http://schemas.microsoft.com/office/word/2010/wordprocessingShape">
                    <wps:wsp>
                      <wps:cNvCnPr/>
                      <wps:spPr>
                        <a:xfrm flipV="1">
                          <a:off x="0" y="0"/>
                          <a:ext cx="39560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8B48F9" id="直線コネクタ 1"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9pt,20.6pt" to="182.0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" strokecolor="black [3200]" strokeweight=".25pt">
                <v:shadow on="t" color="black" opacity="24903f" origin=",.5" offset="0,.55556mm"/>
              </v:line>
            </w:pict>
          </mc:Fallback>
        </mc:AlternateContent>
      </w:r>
      <w:r>
        <w:rPr>
          <w:rFonts w:ascii="BIZ UDゴシック" w:eastAsia="BIZ UDゴシック" w:hAnsi="BIZ UDゴシック"/>
          <w:noProof/>
          <w:sz w:val="24"/>
          <w:szCs w:val="24"/>
        </w:rPr>
        <mc:AlternateContent>
          <mc:Choice Requires="wps">
            <w:drawing>
              <wp:anchor distT="0" distB="0" distL="114300" distR="114300" simplePos="0" relativeHeight="251762688" behindDoc="0" locked="0" layoutInCell="1" allowOverlap="1" wp14:anchorId="596951EE" wp14:editId="7771DC26">
                <wp:simplePos x="0" y="0"/>
                <wp:positionH relativeFrom="column">
                  <wp:posOffset>1580927</wp:posOffset>
                </wp:positionH>
                <wp:positionV relativeFrom="paragraph">
                  <wp:posOffset>20320</wp:posOffset>
                </wp:positionV>
                <wp:extent cx="257175" cy="281305"/>
                <wp:effectExtent l="0" t="0" r="9525" b="4445"/>
                <wp:wrapNone/>
                <wp:docPr id="278043029" name="テキスト ボックス 2"/>
                <wp:cNvGraphicFramePr/>
                <a:graphic xmlns:a="http://schemas.openxmlformats.org/drawingml/2006/main">
                  <a:graphicData uri="http://schemas.microsoft.com/office/word/2010/wordprocessingShape">
                    <wps:wsp>
                      <wps:cNvSpPr txBox="1"/>
                      <wps:spPr>
                        <a:xfrm>
                          <a:off x="0" y="0"/>
                          <a:ext cx="257175" cy="281305"/>
                        </a:xfrm>
                        <a:prstGeom prst="rect">
                          <a:avLst/>
                        </a:prstGeom>
                        <a:solidFill>
                          <a:schemeClr val="lt1"/>
                        </a:solidFill>
                        <a:ln w="6350">
                          <a:noFill/>
                        </a:ln>
                      </wps:spPr>
                      <wps:txbx>
                        <w:txbxContent>
                          <w:p w14:paraId="5BC97F7C" w14:textId="77777777" w:rsidR="0052660F" w:rsidRDefault="0052660F" w:rsidP="0052660F">
                            <w:pPr>
                              <w:rPr>
                                <w:lang w:eastAsia="ja-JP"/>
                              </w:rPr>
                            </w:pPr>
                            <w:r>
                              <w:rPr>
                                <w:rFonts w:ascii="BIZ UDゴシック" w:eastAsia="BIZ UDゴシック" w:hAnsi="BIZ UDゴシック" w:hint="eastAsia"/>
                                <w:sz w:val="24"/>
                                <w:szCs w:val="24"/>
                                <w:lang w:eastAsia="ja-JP"/>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6951EE" id="_x0000_s1036" type="#_x0000_t202" style="position:absolute;left:0;text-align:left;margin-left:124.5pt;margin-top:1.6pt;width:20.25pt;height:22.1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" fillcolor="white [3201]" stroked="f" strokeweight=".5pt">
                <v:textbox>
                  <w:txbxContent>
                    <w:p w14:paraId="5BC97F7C" w14:textId="77777777" w:rsidR="0052660F" w:rsidRDefault="0052660F" w:rsidP="0052660F">
                      <w:pPr>
                        <w:rPr>
                          <w:lang w:eastAsia="ja-JP"/>
                        </w:rPr>
                      </w:pPr>
                      <w:r>
                        <w:rPr>
                          <w:rFonts w:ascii="BIZ UDゴシック" w:eastAsia="BIZ UDゴシック" w:hAnsi="BIZ UDゴシック" w:hint="eastAsia"/>
                          <w:sz w:val="24"/>
                          <w:szCs w:val="24"/>
                          <w:lang w:eastAsia="ja-JP"/>
                        </w:rPr>
                        <w:t>月</w:t>
                      </w:r>
                    </w:p>
                  </w:txbxContent>
                </v:textbox>
              </v:shape>
            </w:pict>
          </mc:Fallback>
        </mc:AlternateContent>
      </w:r>
      <w:r>
        <w:rPr>
          <w:rFonts w:ascii="BIZ UDゴシック" w:eastAsia="BIZ UDゴシック" w:hAnsi="BIZ UDゴシック"/>
          <w:noProof/>
          <w:sz w:val="24"/>
          <w:szCs w:val="24"/>
        </w:rPr>
        <mc:AlternateContent>
          <mc:Choice Requires="wps">
            <w:drawing>
              <wp:anchor distT="0" distB="0" distL="114300" distR="114300" simplePos="0" relativeHeight="251758592" behindDoc="0" locked="0" layoutInCell="1" allowOverlap="1" wp14:anchorId="40D084EC" wp14:editId="026E2B02">
                <wp:simplePos x="0" y="0"/>
                <wp:positionH relativeFrom="column">
                  <wp:posOffset>914177</wp:posOffset>
                </wp:positionH>
                <wp:positionV relativeFrom="paragraph">
                  <wp:posOffset>14605</wp:posOffset>
                </wp:positionV>
                <wp:extent cx="252730" cy="281305"/>
                <wp:effectExtent l="0" t="0" r="0" b="4445"/>
                <wp:wrapNone/>
                <wp:docPr id="1994829722" name="テキスト ボックス 2"/>
                <wp:cNvGraphicFramePr/>
                <a:graphic xmlns:a="http://schemas.openxmlformats.org/drawingml/2006/main">
                  <a:graphicData uri="http://schemas.microsoft.com/office/word/2010/wordprocessingShape">
                    <wps:wsp>
                      <wps:cNvSpPr txBox="1"/>
                      <wps:spPr>
                        <a:xfrm>
                          <a:off x="0" y="0"/>
                          <a:ext cx="252730" cy="281305"/>
                        </a:xfrm>
                        <a:prstGeom prst="rect">
                          <a:avLst/>
                        </a:prstGeom>
                        <a:noFill/>
                        <a:ln w="6350">
                          <a:noFill/>
                        </a:ln>
                      </wps:spPr>
                      <wps:txbx>
                        <w:txbxContent>
                          <w:p w14:paraId="606C265E" w14:textId="77777777" w:rsidR="0052660F" w:rsidRDefault="0052660F" w:rsidP="00CF1294">
                            <w:pPr>
                              <w:jc w:val="center"/>
                            </w:pPr>
                            <w:r w:rsidRPr="00547214">
                              <w:rPr>
                                <w:rFonts w:ascii="BIZ UDゴシック" w:eastAsia="BIZ UDゴシック" w:hAnsi="BIZ UDゴシック"/>
                                <w:sz w:val="24"/>
                                <w:szCs w:val="24"/>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D084EC" id="_x0000_s1037" type="#_x0000_t202" style="position:absolute;left:0;text-align:left;margin-left:1in;margin-top:1.15pt;width:19.9pt;height:22.1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" filled="f" stroked="f" strokeweight=".5pt">
                <v:textbox>
                  <w:txbxContent>
                    <w:p w14:paraId="606C265E" w14:textId="77777777" w:rsidR="0052660F" w:rsidRDefault="0052660F" w:rsidP="00CF1294">
                      <w:pPr>
                        <w:jc w:val="center"/>
                      </w:pPr>
                      <w:r w:rsidRPr="00547214">
                        <w:rPr>
                          <w:rFonts w:ascii="BIZ UDゴシック" w:eastAsia="BIZ UDゴシック" w:hAnsi="BIZ UDゴシック"/>
                          <w:sz w:val="24"/>
                          <w:szCs w:val="24"/>
                        </w:rPr>
                        <w:t>年</w:t>
                      </w:r>
                    </w:p>
                  </w:txbxContent>
                </v:textbox>
              </v:shape>
            </w:pict>
          </mc:Fallback>
        </mc:AlternateContent>
      </w:r>
      <w:r w:rsidR="00CF1294"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68832" behindDoc="0" locked="0" layoutInCell="1" allowOverlap="1" wp14:anchorId="3D3AB674" wp14:editId="62068665">
                <wp:simplePos x="0" y="0"/>
                <wp:positionH relativeFrom="column">
                  <wp:posOffset>1229583</wp:posOffset>
                </wp:positionH>
                <wp:positionV relativeFrom="paragraph">
                  <wp:posOffset>262890</wp:posOffset>
                </wp:positionV>
                <wp:extent cx="395605" cy="0"/>
                <wp:effectExtent l="38100" t="38100" r="61595" b="95250"/>
                <wp:wrapNone/>
                <wp:docPr id="1043981377" name="直線コネクタ 1"/>
                <wp:cNvGraphicFramePr/>
                <a:graphic xmlns:a="http://schemas.openxmlformats.org/drawingml/2006/main">
                  <a:graphicData uri="http://schemas.microsoft.com/office/word/2010/wordprocessingShape">
                    <wps:wsp>
                      <wps:cNvCnPr/>
                      <wps:spPr>
                        <a:xfrm flipV="1">
                          <a:off x="0" y="0"/>
                          <a:ext cx="39560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61EA9" id="直線コネクタ 1"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8pt,20.7pt" to="127.9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" strokecolor="black [3200]" strokeweight=".25pt">
                <v:shadow on="t" color="black" opacity="24903f" origin=",.5" offset="0,.55556mm"/>
              </v:line>
            </w:pict>
          </mc:Fallback>
        </mc:AlternateContent>
      </w:r>
      <w:r w:rsidR="00CF1294" w:rsidRPr="00DC32EB">
        <w:rPr>
          <w:rFonts w:ascii="BIZ UDゴシック" w:eastAsia="BIZ UDゴシック" w:hAnsi="BIZ UDゴシック" w:hint="eastAsia"/>
          <w:noProof/>
          <w:sz w:val="24"/>
          <w:szCs w:val="24"/>
          <w:u w:color="000000" w:themeColor="text1"/>
          <w:lang w:eastAsia="ja-JP"/>
        </w:rPr>
        <mc:AlternateContent>
          <mc:Choice Requires="wps">
            <w:drawing>
              <wp:anchor distT="0" distB="0" distL="114300" distR="114300" simplePos="0" relativeHeight="251756544" behindDoc="0" locked="0" layoutInCell="1" allowOverlap="1" wp14:anchorId="723EF4AF" wp14:editId="5C6D9E2A">
                <wp:simplePos x="0" y="0"/>
                <wp:positionH relativeFrom="column">
                  <wp:posOffset>581248</wp:posOffset>
                </wp:positionH>
                <wp:positionV relativeFrom="paragraph">
                  <wp:posOffset>259080</wp:posOffset>
                </wp:positionV>
                <wp:extent cx="395605" cy="0"/>
                <wp:effectExtent l="38100" t="38100" r="61595" b="95250"/>
                <wp:wrapNone/>
                <wp:docPr id="1329948228" name="直線コネクタ 1"/>
                <wp:cNvGraphicFramePr/>
                <a:graphic xmlns:a="http://schemas.openxmlformats.org/drawingml/2006/main">
                  <a:graphicData uri="http://schemas.microsoft.com/office/word/2010/wordprocessingShape">
                    <wps:wsp>
                      <wps:cNvCnPr/>
                      <wps:spPr>
                        <a:xfrm flipV="1">
                          <a:off x="0" y="0"/>
                          <a:ext cx="39560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F32050" id="直線コネクタ 1"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20.4pt" to="76.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" strokecolor="black [3200]" strokeweight=".25pt">
                <v:shadow on="t" color="black" opacity="24903f" origin=",.5" offset="0,.55556mm"/>
              </v:line>
            </w:pict>
          </mc:Fallback>
        </mc:AlternateContent>
      </w:r>
      <w:r w:rsidR="00563D18" w:rsidRPr="00547214">
        <w:rPr>
          <w:rFonts w:ascii="BIZ UDゴシック" w:eastAsia="BIZ UDゴシック" w:hAnsi="BIZ UDゴシック"/>
          <w:sz w:val="24"/>
          <w:szCs w:val="24"/>
          <w:lang w:eastAsia="ja-JP"/>
        </w:rPr>
        <w:t xml:space="preserve">令和   </w:t>
      </w:r>
      <w:r w:rsidR="0052660F">
        <w:rPr>
          <w:rFonts w:ascii="BIZ UDゴシック" w:eastAsia="BIZ UDゴシック" w:hAnsi="BIZ UDゴシック" w:hint="eastAsia"/>
          <w:sz w:val="24"/>
          <w:szCs w:val="24"/>
          <w:lang w:eastAsia="ja-JP"/>
        </w:rPr>
        <w:t xml:space="preserve">　　　</w:t>
      </w:r>
      <w:r>
        <w:rPr>
          <w:rFonts w:ascii="BIZ UDゴシック" w:eastAsia="BIZ UDゴシック" w:hAnsi="BIZ UDゴシック" w:hint="eastAsia"/>
          <w:sz w:val="24"/>
          <w:szCs w:val="24"/>
          <w:lang w:eastAsia="ja-JP"/>
        </w:rPr>
        <w:t xml:space="preserve">  </w:t>
      </w:r>
      <w:r w:rsidR="0052660F">
        <w:rPr>
          <w:rFonts w:ascii="BIZ UDゴシック" w:eastAsia="BIZ UDゴシック" w:hAnsi="BIZ UDゴシック" w:hint="eastAsia"/>
          <w:sz w:val="24"/>
          <w:szCs w:val="24"/>
          <w:lang w:eastAsia="ja-JP"/>
        </w:rPr>
        <w:t xml:space="preserve">　　　</w:t>
      </w:r>
      <w:r>
        <w:rPr>
          <w:rFonts w:ascii="BIZ UDゴシック" w:eastAsia="BIZ UDゴシック" w:hAnsi="BIZ UDゴシック" w:hint="eastAsia"/>
          <w:sz w:val="24"/>
          <w:szCs w:val="24"/>
          <w:lang w:eastAsia="ja-JP"/>
        </w:rPr>
        <w:t xml:space="preserve">   </w:t>
      </w:r>
      <w:r w:rsidR="0052660F">
        <w:rPr>
          <w:rFonts w:ascii="BIZ UDゴシック" w:eastAsia="BIZ UDゴシック" w:hAnsi="BIZ UDゴシック" w:hint="eastAsia"/>
          <w:sz w:val="24"/>
          <w:szCs w:val="24"/>
          <w:lang w:eastAsia="ja-JP"/>
        </w:rPr>
        <w:t xml:space="preserve">　　　　　　　　</w:t>
      </w:r>
    </w:p>
    <w:sectPr w:rsidR="006A34CE" w:rsidRPr="00547214" w:rsidSect="001A7B59">
      <w:pgSz w:w="12240" w:h="15840"/>
      <w:pgMar w:top="567" w:right="1474" w:bottom="567"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1C5" w14:textId="77777777" w:rsidR="00D7735B" w:rsidRDefault="00D7735B" w:rsidP="00D7735B">
      <w:pPr>
        <w:spacing w:after="0" w:line="240" w:lineRule="auto"/>
      </w:pPr>
      <w:r>
        <w:separator/>
      </w:r>
    </w:p>
  </w:endnote>
  <w:endnote w:type="continuationSeparator" w:id="0">
    <w:p w14:paraId="25DC293B" w14:textId="77777777" w:rsidR="00D7735B" w:rsidRDefault="00D7735B" w:rsidP="00D77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D8CB4" w14:textId="77777777" w:rsidR="00D7735B" w:rsidRDefault="00D7735B" w:rsidP="00D7735B">
      <w:pPr>
        <w:spacing w:after="0" w:line="240" w:lineRule="auto"/>
      </w:pPr>
      <w:r>
        <w:separator/>
      </w:r>
    </w:p>
  </w:footnote>
  <w:footnote w:type="continuationSeparator" w:id="0">
    <w:p w14:paraId="2A7DB3AE" w14:textId="77777777" w:rsidR="00D7735B" w:rsidRDefault="00D7735B" w:rsidP="00D77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89353569">
    <w:abstractNumId w:val="8"/>
  </w:num>
  <w:num w:numId="2" w16cid:durableId="808935788">
    <w:abstractNumId w:val="6"/>
  </w:num>
  <w:num w:numId="3" w16cid:durableId="1686636115">
    <w:abstractNumId w:val="5"/>
  </w:num>
  <w:num w:numId="4" w16cid:durableId="324628096">
    <w:abstractNumId w:val="4"/>
  </w:num>
  <w:num w:numId="5" w16cid:durableId="612977479">
    <w:abstractNumId w:val="7"/>
  </w:num>
  <w:num w:numId="6" w16cid:durableId="1861772263">
    <w:abstractNumId w:val="3"/>
  </w:num>
  <w:num w:numId="7" w16cid:durableId="2030833852">
    <w:abstractNumId w:val="2"/>
  </w:num>
  <w:num w:numId="8" w16cid:durableId="1954894726">
    <w:abstractNumId w:val="1"/>
  </w:num>
  <w:num w:numId="9" w16cid:durableId="184753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CAF"/>
    <w:rsid w:val="00034616"/>
    <w:rsid w:val="0006063C"/>
    <w:rsid w:val="0015074B"/>
    <w:rsid w:val="001641A7"/>
    <w:rsid w:val="001A7B59"/>
    <w:rsid w:val="0029639D"/>
    <w:rsid w:val="00326F90"/>
    <w:rsid w:val="00387C72"/>
    <w:rsid w:val="003C6FB8"/>
    <w:rsid w:val="0046121D"/>
    <w:rsid w:val="004A37C4"/>
    <w:rsid w:val="0052660F"/>
    <w:rsid w:val="00547214"/>
    <w:rsid w:val="00563D18"/>
    <w:rsid w:val="005A353B"/>
    <w:rsid w:val="0063450F"/>
    <w:rsid w:val="0067788A"/>
    <w:rsid w:val="006A34CE"/>
    <w:rsid w:val="00876EF1"/>
    <w:rsid w:val="00A711A5"/>
    <w:rsid w:val="00AA1D8D"/>
    <w:rsid w:val="00B22143"/>
    <w:rsid w:val="00B47730"/>
    <w:rsid w:val="00CB0664"/>
    <w:rsid w:val="00CD5D52"/>
    <w:rsid w:val="00CF1294"/>
    <w:rsid w:val="00D7735B"/>
    <w:rsid w:val="00D83ACE"/>
    <w:rsid w:val="00DC32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1FCECC6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677</Characters>
  <Application>Microsoft Office Word</Application>
  <DocSecurity>0</DocSecurity>
  <Lines>5</Lines>
  <Paragraphs>1</Paragraphs>
  <ScaleCrop>false</ScaleCrop>
  <Manager/>
  <Company/>
  <LinksUpToDate>false</LinksUpToDate>
  <CharactersWithSpaces>794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2026-08-13T07:27:00Z</dcterms:created>
  <dcterms:modified xsi:type="dcterms:W3CDTF">2026-08-13T07:27:00Z</dcterms:modified>
  <cp:category/>
</cp:coreProperties>
</file>